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00" w:line="278" w:lineRule="auto"/>
      </w:pPr>
      <w:r>
        <w:rPr>
          <w:b/>
          <w:bCs/>
          <w:color w:val="1F3A5F"/>
          <w:sz w:val="32"/>
          <w:szCs w:val="32"/>
        </w:rPr>
        <w:t xml:space="preserve">Open House Press Release — 4 Variations</w:t>
      </w:r>
    </w:p>
    <w:p>
      <w:pPr>
        <w:spacing w:after="160" w:line="278" w:lineRule="auto"/>
      </w:pPr>
      <w:r>
        <w:t xml:space="preserve">Four versions of this press release follow, each written in a different tone. Pick the one that best fits your lodge's voice or the outlet you're sending it to, then fill in the bracketed [placeholder] details before sending. Event Details and Media Contact sections work the same way in every version.</w:t>
      </w:r>
    </w:p>
    <w:p>
      <w:pPr>
        <w:spacing w:after="120"/>
      </w:pPr>
    </w:p>
    <w:p>
      <w:pPr>
        <w:spacing w:after="160" w:line="278" w:lineRule="auto"/>
      </w:pPr>
      <w:r>
        <w:rPr>
          <w:b/>
          <w:bCs/>
        </w:rPr>
        <w:t xml:space="preserve">Variation 1 — Classic &amp; Formal: </w:t>
      </w:r>
      <w:r>
        <w:t xml:space="preserve">A close match to a traditional AP-style press release: straightforward, professional, and safe to send to any newspaper or wire service.</w:t>
      </w:r>
    </w:p>
    <w:p>
      <w:pPr>
        <w:spacing w:after="160" w:line="278" w:lineRule="auto"/>
      </w:pPr>
      <w:r>
        <w:rPr>
          <w:b/>
          <w:bCs/>
        </w:rPr>
        <w:t xml:space="preserve">Variation 2 — Warm &amp; Community-Focused: </w:t>
      </w:r>
      <w:r>
        <w:t xml:space="preserve">A friendlier, story-driven tone that leads with belonging and neighborliness. Good for community newsletters, church/civic bulletins, or a lodge Facebook page.</w:t>
      </w:r>
    </w:p>
    <w:p>
      <w:pPr>
        <w:spacing w:after="160" w:line="278" w:lineRule="auto"/>
      </w:pPr>
      <w:r>
        <w:rPr>
          <w:b/>
          <w:bCs/>
        </w:rPr>
        <w:t xml:space="preserve">Variation 3 — Broadcast Ready (TV/Radio): </w:t>
      </w:r>
      <w:r>
        <w:t xml:space="preserve">Short sentences, an easy-to-read-aloud lead, and a ready-made quote. Built for local TV and radio news desks, who often just need something quotable and quick to skim.</w:t>
      </w:r>
    </w:p>
    <w:p>
      <w:pPr>
        <w:spacing w:after="160" w:line="278" w:lineRule="auto"/>
      </w:pPr>
      <w:r>
        <w:rPr>
          <w:b/>
          <w:bCs/>
        </w:rPr>
        <w:t xml:space="preserve">Variation 4 — Digital/Online Ready: </w:t>
      </w:r>
      <w:r>
        <w:t xml:space="preserve">A stronger hook headline, subheads, and a call to action. Built for online news outlets, blogs, and digital community calendars where scannability and a website/social link matter.</w:t>
      </w:r>
    </w:p>
    <w:p>
      <w:r>
        <w:br w:type="page"/>
      </w:r>
    </w:p>
    <w:p>
      <w:pPr>
        <w:spacing w:after="80"/>
        <w:rPr>
          <w:noProof/>
        </w:rPr>
      </w:pPr>
      <w:r>
        <w:rPr>
          <w:noProof/>
        </w:rPr>
        <mc:AlternateContent>
          <mc:Choice Requires="wps">
            <w:drawing>
              <wp:anchor distT="45720" distB="45720" distL="114300" distR="114300" simplePos="0" relativeHeight="251650001" behindDoc="0" locked="0" layoutInCell="1" allowOverlap="1" wp14:anchorId="60000001" wp14:editId="40000001">
                <wp:simplePos x="0" y="0"/>
                <wp:positionH relativeFrom="column">
                  <wp:posOffset>3810</wp:posOffset>
                </wp:positionH>
                <wp:positionV relativeFrom="paragraph">
                  <wp:posOffset>-5080</wp:posOffset>
                </wp:positionV>
                <wp:extent cx="1152525" cy="1123950"/>
                <wp:effectExtent l="0" t="0" r="9525" b="0"/>
                <wp:wrapSquare wrapText="bothSides"/>
                <wp:docPr id="9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123950"/>
                        </a:xfrm>
                        <a:prstGeom prst="rect">
                          <a:avLst/>
                        </a:prstGeom>
                        <a:solidFill>
                          <a:srgbClr val="FFFFFF"/>
                        </a:solidFill>
                        <a:ln w="9525">
                          <a:noFill/>
                          <a:miter lim="800000"/>
                          <a:headEnd/>
                          <a:tailEnd/>
                        </a:ln>
                      </wps:spPr>
                      <wps:txbx>
                        <w:txbxContent>
                          <w:p w14:paraId="3054A321" w14:textId="0E0F2FDE" w:rsidR="005B3BAA" w:rsidRDefault="005B3BAA">
                            <w:r>
                              <w:rPr>
                                <w:noProof/>
                              </w:rPr>
                              <w:drawing>
                                <wp:inline distT="0" distB="0" distL="0" distR="0" wp14:anchorId="70000001" wp14:editId="20000001">
                                  <wp:extent cx="957967" cy="1047377"/>
                                  <wp:effectExtent l="0" t="0" r="0" b="635"/>
                                  <wp:docPr id="600000001" name="Picture 1" descr="Elks Usa Logo Vector - LOGO 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ks Usa Logo Vector - LOGO QR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721" cy="105913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000001" id="_x0000_t202" coordsize="21600,21600" o:spt="202" path="m,l,21600r21600,l21600,xe">
                <v:stroke joinstyle="miter"/>
                <v:path gradientshapeok="t" o:connecttype="rect"/>
              </v:shapetype>
              <v:shape id="Text Box 2" o:spid="_x0000_s9001" type="#_x0000_t202" style="position:absolute;margin-left:.3pt;margin-top:-.4pt;width:90.75pt;height:88.5pt;z-index:2516500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q/nmCwIAAPcDAAAOAAAAZHJzL2Uyb0RvYy54bWysU9tu2zAMfR+wfxD0vjjOkq0x4hRdugwD ugvQ7gNkWY6FyaJGKbGzry8lp2nQvg2TAYE0qSPy8Gh1PXSGHRR6Dbbk+WTKmbISam13Jf/1sH13 xZkPwtbCgFUlPyrPr9dv36x6V6gZtGBqhYxArC96V/I2BFdkmZet6oSfgFOWgg1gJwK5uMtqFD2h dyabTacfsh6wdghSeU9/b8cgXyf8plEy/GgarwIzJafaQtox7VXcs/VKFDsUrtXyVIb4hyo6oS1d eoa6FUGwPepXUJ2WCB6aMJHQZdA0WqrUA3WTT190c98Kp1IvRI53Z5r8/4OV3w/37ieyMHyCgQaY mvDuDuRvzyxsWmF36gYR+laJmi7OI2VZ73xxOhqp9oWPIFX/DWoastgHSEBDg11khfpkhE4DOJ5J V0NgMl6ZL2b0cSYpluez98tFGksmiqfjDn34oqBj0Sg50lQTvDjc+RDLEcVTSrzNg9H1VhuTHNxV G4PsIEgB27RSBy/SjGV9yZexkHjKQjyfxNHpQAo1uiv51TSuUTORjs+2TilBaDPaVImxJ34iJSM5 YagGSow8VVAfiSmEUYn0cshoAf9y1pMKS+7/7AUqzsxXS2wv8/k8yjY588XHGTl4GakuI8JKgip5 4Gw0NyFJfezohqbS6MTXcyWnWkldicbTS4jyvfRT1vN7XT8CAAD//wMAUEsDBBQABgAIAAAAIQBQ PSEx2QAAAAYBAAAPAAAAZHJzL2Rvd25yZXYueG1sTI7NboMwEITvlfoO1lbqpUpMUAsJxURJpVa9 5ucBFrwBVLxG2Ank7WtO7W1GM5r58u1kOnGjwbWWFayWEQjiyuqWawXn0+diDcJ5ZI2dZVJwJwfb 4vEhx0zbkQ90O/pahBF2GSpovO8zKV3VkEG3tD1xyC52MOiDHWqpBxzDuOlkHEWJNNhyeGiwp4+G qp/j1Si4fI8vb5ux/PLn9PCa7LFNS3tX6vlp2r2D8DT5vzLM+AEdisBU2itrJzoFSegpmPHncB2v QJRBpEkMssjlf/ziFwAA//8DAFBLAQItABQABgAIAAAAIQC2gziS/gAAAOEBAAATAAAAAAAAAAAA AAAAAAAAAABbQ29udGVudF9UeXBlc10ueG1sUEsBAi0AFAAGAAgAAAAhADj9If/WAAAAlAEAAAsA AAAAAAAAAAAAAAAALwEAAF9yZWxzLy5yZWxzUEsBAi0AFAAGAAgAAAAhANKr+eYLAgAA9wMAAA4A AAAAAAAAAAAAAAAALgIAAGRycy9lMm9Eb2MueG1sUEsBAi0AFAAGAAgAAAAhAFA9ITHZAAAABgEA AA8AAAAAAAAAAAAAAAAAZQQAAGRycy9kb3ducmV2LnhtbFBLBQYAAAAABAAEAPMAAABrBQAAAAA= " stroked="f">
                <v:textbox>
                  <w:txbxContent>
                    <w:p w14:paraId="3054A321" w14:textId="0E0F2FDE" w:rsidR="005B3BAA" w:rsidRDefault="005B3BAA">
                      <w:r>
                        <w:rPr>
                          <w:noProof/>
                        </w:rPr>
                        <w:drawing>
                          <wp:inline distT="0" distB="0" distL="0" distR="0" wp14:anchorId="70000001" wp14:editId="20000001">
                            <wp:extent cx="957967" cy="1047377"/>
                            <wp:effectExtent l="0" t="0" r="0" b="635"/>
                            <wp:docPr id="600000001" name="Picture 1" descr="Elks Usa Logo Vector - LOGO 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ks Usa Logo Vector - LOGO QR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721" cy="1059135"/>
                                    </a:xfrm>
                                    <a:prstGeom prst="rect">
                                      <a:avLst/>
                                    </a:prstGeom>
                                    <a:noFill/>
                                    <a:ln>
                                      <a:noFill/>
                                    </a:ln>
                                  </pic:spPr>
                                </pic:pic>
                              </a:graphicData>
                            </a:graphic>
                          </wp:inline>
                        </w:drawing>
                      </w:r>
                    </w:p>
                  </w:txbxContent>
                </v:textbox>
                <w10:wrap type="square"/>
              </v:shape>
            </w:pict>
          </mc:Fallback>
        </mc:AlternateContent>
      </w:r>
    </w:p>
    <w:p>
      <w:pPr>
        <w:spacing w:after="80"/>
      </w:pPr>
      <w:r>
        <w:rPr>
          <w:noProof/>
        </w:rPr>
        <w:t xml:space="preserve"> </w:t>
      </w:r>
      <w:r>
        <w:rPr>
          <w:b/>
          <w:color w:val="1F3A5F"/>
          <w:sz w:val="30"/>
        </w:rPr>
        <w:t xml:space="preserve">[LODGE NAME] ELKS LODGE NO. [NUMBER]</w:t>
      </w:r>
    </w:p>
    <w:p>
      <w:pPr>
        <w:keepNext/>
        <w:spacing w:after="240"/>
        <w:rPr>
          <w:color w:val="5A6069"/>
          <w:sz w:val="19"/>
        </w:rPr>
      </w:pPr>
      <w:r>
        <w:rPr>
          <w:color w:val="5A6069"/>
          <w:sz w:val="19"/>
        </w:rPr>
        <w:t xml:space="preserve">  [Lodge Address]  |  [City, State ZIP]  </w:t>
      </w:r>
    </w:p>
    <w:p>
      <w:pPr>
        <w:keepNext/>
        <w:spacing w:after="240"/>
      </w:pPr>
    </w:p>
    <w:p>
      <w:pPr>
        <w:spacing w:after="120" w:line="278" w:lineRule="auto"/>
      </w:pPr>
      <w:r>
        <w:rPr>
          <w:b/>
          <w:bCs/>
          <w:color w:val="8A6D00"/>
          <w:sz w:val="15"/>
          <w:szCs w:val="15"/>
        </w:rPr>
        <w:t xml:space="preserve">VARIATION 1 · CLASSIC &amp; FORMAL</w:t>
      </w:r>
    </w:p>
    <w:p>
      <w:pPr>
        <w:keepNext/>
        <w:spacing w:after="200"/>
      </w:pPr>
      <w:r>
        <w:rPr>
          <w:b/>
          <w:color w:val="1F3A5F"/>
          <w:sz w:val="21"/>
        </w:rPr>
        <w:t>FOR IMMEDIATE RELEASE</w:t>
      </w:r>
    </w:p>
    <w:p>
      <w:pPr>
        <w:spacing w:after="160" w:line="278" w:lineRule="auto"/>
        <w:jc w:val="center"/>
      </w:pPr>
      <w:r>
        <w:rPr>
          <w:b/>
          <w:bCs/>
          <w:color w:val="1F497D"/>
          <w:sz w:val="28"/>
          <w:szCs w:val="28"/>
        </w:rPr>
        <w:t xml:space="preserve">DISCOVER WHAT THE ELKS ARE ALL ABOUT</w:t>
      </w:r>
    </w:p>
    <w:p>
      <w:pPr>
        <w:spacing w:after="160" w:line="278" w:lineRule="auto"/>
      </w:pPr>
      <w:r>
        <w:rPr>
          <w:b/>
          <w:bCs/>
        </w:rPr>
        <w:t xml:space="preserve">[CITY, Wash. — DATE]</w:t>
      </w:r>
      <w:r>
        <w:t xml:space="preserve"> — [Lodge Name] Elks Lodge No. [Number] will host an Open House on [Day, Date], from [Time] at [Lodge Address], welcoming members of the community to visit the lodge and learn about its work.</w:t>
      </w:r>
    </w:p>
    <w:p>
      <w:pPr>
        <w:spacing w:after="160" w:line="278" w:lineRule="auto"/>
      </w:pPr>
      <w:r>
        <w:t xml:space="preserve">Guests are invited to tour the facility, meet current members, and learn how the lodge supports veterans, youth, families, and community programs throughout the year.</w:t>
      </w:r>
    </w:p>
    <w:p>
      <w:pPr>
        <w:spacing w:after="160" w:line="278" w:lineRule="auto"/>
      </w:pPr>
      <w:r>
        <w:t xml:space="preserve">The event is free and open to the public. Guests may enjoy [refreshments, children’s activities, displays, or presentations], and membership information will be available for those interested in joining. No commitment is required to attend.</w:t>
      </w:r>
    </w:p>
    <w:p>
      <w:pPr>
        <w:spacing w:after="160" w:line="278" w:lineRule="auto"/>
      </w:pPr>
      <w:r>
        <w:rPr>
          <w:b/>
          <w:bCs/>
        </w:rPr>
        <w:t xml:space="preserve">Event Details</w:t>
      </w:r>
    </w:p>
    <w:p>
      <w:pPr>
        <w:spacing w:after="160" w:line="278" w:lineRule="auto"/>
      </w:pPr>
      <w:r>
        <w:rPr>
          <w:b/>
          <w:bCs/>
        </w:rPr>
        <w:t xml:space="preserve">When:</w:t>
      </w:r>
      <w:r>
        <w:t xml:space="preserve"> [Day, Date and Time]</w:t>
      </w:r>
      <w:r>
        <w:br/>
      </w:r>
      <w:r>
        <w:rPr>
          <w:b/>
          <w:bCs/>
        </w:rPr>
        <w:t xml:space="preserve">Where:</w:t>
      </w:r>
      <w:r>
        <w:t xml:space="preserve"> [Lodge Name and Address]</w:t>
      </w:r>
      <w:r>
        <w:br/>
      </w:r>
      <w:r>
        <w:rPr>
          <w:b/>
          <w:bCs/>
        </w:rPr>
        <w:t xml:space="preserve">Information:</w:t>
      </w:r>
      <w:r>
        <w:t xml:space="preserve"> [Website, Email or Phone Number]</w:t>
      </w:r>
    </w:p>
    <w:p>
      <w:pPr>
        <w:spacing w:after="160" w:line="278" w:lineRule="auto"/>
      </w:pPr>
      <w:r>
        <w:rPr>
          <w:b/>
          <w:bCs/>
        </w:rPr>
        <w:t xml:space="preserve">Media Contact</w:t>
      </w:r>
    </w:p>
    <w:p>
      <w:pPr>
        <w:spacing w:after="160" w:line="278" w:lineRule="auto"/>
      </w:pPr>
      <w:r>
        <w:t xml:space="preserve">[Name and Title]</w:t>
      </w:r>
      <w:r>
        <w:br/>
      </w:r>
      <w:r>
        <w:t xml:space="preserve">[Phone Number]</w:t>
      </w:r>
      <w:r>
        <w:br/>
      </w:r>
      <w:r>
        <w:t xml:space="preserve">[Email Address]</w:t>
      </w:r>
    </w:p>
    <w:p>
      <w:r>
        <w:br w:type="page"/>
      </w:r>
    </w:p>
    <w:p>
      <w:pPr>
        <w:spacing w:after="80"/>
        <w:rPr>
          <w:noProof/>
        </w:rPr>
      </w:pPr>
      <w:r>
        <w:rPr>
          <w:noProof/>
        </w:rPr>
        <mc:AlternateContent>
          <mc:Choice Requires="wps">
            <w:drawing>
              <wp:anchor distT="45720" distB="45720" distL="114300" distR="114300" simplePos="0" relativeHeight="251650002" behindDoc="0" locked="0" layoutInCell="1" allowOverlap="1" wp14:anchorId="60000002" wp14:editId="40000002">
                <wp:simplePos x="0" y="0"/>
                <wp:positionH relativeFrom="column">
                  <wp:posOffset>3810</wp:posOffset>
                </wp:positionH>
                <wp:positionV relativeFrom="paragraph">
                  <wp:posOffset>-5080</wp:posOffset>
                </wp:positionV>
                <wp:extent cx="1152525" cy="1123950"/>
                <wp:effectExtent l="0" t="0" r="9525" b="0"/>
                <wp:wrapSquare wrapText="bothSides"/>
                <wp:docPr id="9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123950"/>
                        </a:xfrm>
                        <a:prstGeom prst="rect">
                          <a:avLst/>
                        </a:prstGeom>
                        <a:solidFill>
                          <a:srgbClr val="FFFFFF"/>
                        </a:solidFill>
                        <a:ln w="9525">
                          <a:noFill/>
                          <a:miter lim="800000"/>
                          <a:headEnd/>
                          <a:tailEnd/>
                        </a:ln>
                      </wps:spPr>
                      <wps:txbx>
                        <w:txbxContent>
                          <w:p w14:paraId="3054A321" w14:textId="0E0F2FDE" w:rsidR="005B3BAA" w:rsidRDefault="005B3BAA">
                            <w:r>
                              <w:rPr>
                                <w:noProof/>
                              </w:rPr>
                              <w:drawing>
                                <wp:inline distT="0" distB="0" distL="0" distR="0" wp14:anchorId="70000002" wp14:editId="20000002">
                                  <wp:extent cx="957967" cy="1047377"/>
                                  <wp:effectExtent l="0" t="0" r="0" b="635"/>
                                  <wp:docPr id="600000002" name="Picture 1" descr="Elks Usa Logo Vector - LOGO 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ks Usa Logo Vector - LOGO QR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721" cy="105913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000002" id="_x0000_t202" coordsize="21600,21600" o:spt="202" path="m,l,21600r21600,l21600,xe">
                <v:stroke joinstyle="miter"/>
                <v:path gradientshapeok="t" o:connecttype="rect"/>
              </v:shapetype>
              <v:shape id="Text Box 2" o:spid="_x0000_s9002" type="#_x0000_t202" style="position:absolute;margin-left:.3pt;margin-top:-.4pt;width:90.75pt;height:88.5pt;z-index:2516500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q/nmCwIAAPcDAAAOAAAAZHJzL2Uyb0RvYy54bWysU9tu2zAMfR+wfxD0vjjOkq0x4hRdugwD ugvQ7gNkWY6FyaJGKbGzry8lp2nQvg2TAYE0qSPy8Gh1PXSGHRR6Dbbk+WTKmbISam13Jf/1sH13 xZkPwtbCgFUlPyrPr9dv36x6V6gZtGBqhYxArC96V/I2BFdkmZet6oSfgFOWgg1gJwK5uMtqFD2h dyabTacfsh6wdghSeU9/b8cgXyf8plEy/GgarwIzJafaQtox7VXcs/VKFDsUrtXyVIb4hyo6oS1d eoa6FUGwPepXUJ2WCB6aMJHQZdA0WqrUA3WTT190c98Kp1IvRI53Z5r8/4OV3w/37ieyMHyCgQaY mvDuDuRvzyxsWmF36gYR+laJmi7OI2VZ73xxOhqp9oWPIFX/DWoastgHSEBDg11khfpkhE4DOJ5J V0NgMl6ZL2b0cSYpluez98tFGksmiqfjDn34oqBj0Sg50lQTvDjc+RDLEcVTSrzNg9H1VhuTHNxV G4PsIEgB27RSBy/SjGV9yZexkHjKQjyfxNHpQAo1uiv51TSuUTORjs+2TilBaDPaVImxJ34iJSM5 YagGSow8VVAfiSmEUYn0cshoAf9y1pMKS+7/7AUqzsxXS2wv8/k8yjY588XHGTl4GakuI8JKgip5 4Gw0NyFJfezohqbS6MTXcyWnWkldicbTS4jyvfRT1vN7XT8CAAD//wMAUEsDBBQABgAIAAAAIQBQ PSEx2QAAAAYBAAAPAAAAZHJzL2Rvd25yZXYueG1sTI7NboMwEITvlfoO1lbqpUpMUAsJxURJpVa9 5ucBFrwBVLxG2Ank7WtO7W1GM5r58u1kOnGjwbWWFayWEQjiyuqWawXn0+diDcJ5ZI2dZVJwJwfb 4vEhx0zbkQ90O/pahBF2GSpovO8zKV3VkEG3tD1xyC52MOiDHWqpBxzDuOlkHEWJNNhyeGiwp4+G qp/j1Si4fI8vb5ux/PLn9PCa7LFNS3tX6vlp2r2D8DT5vzLM+AEdisBU2itrJzoFSegpmPHncB2v QJRBpEkMssjlf/ziFwAA//8DAFBLAQItABQABgAIAAAAIQC2gziS/gAAAOEBAAATAAAAAAAAAAAA AAAAAAAAAABbQ29udGVudF9UeXBlc10ueG1sUEsBAi0AFAAGAAgAAAAhADj9If/WAAAAlAEAAAsA AAAAAAAAAAAAAAAALwEAAF9yZWxzLy5yZWxzUEsBAi0AFAAGAAgAAAAhANKr+eYLAgAA9wMAAA4A AAAAAAAAAAAAAAAALgIAAGRycy9lMm9Eb2MueG1sUEsBAi0AFAAGAAgAAAAhAFA9ITHZAAAABgEA AA8AAAAAAAAAAAAAAAAAZQQAAGRycy9kb3ducmV2LnhtbFBLBQYAAAAABAAEAPMAAABrBQAAAAA= " stroked="f">
                <v:textbox>
                  <w:txbxContent>
                    <w:p w14:paraId="3054A321" w14:textId="0E0F2FDE" w:rsidR="005B3BAA" w:rsidRDefault="005B3BAA">
                      <w:r>
                        <w:rPr>
                          <w:noProof/>
                        </w:rPr>
                        <w:drawing>
                          <wp:inline distT="0" distB="0" distL="0" distR="0" wp14:anchorId="70000002" wp14:editId="20000002">
                            <wp:extent cx="957967" cy="1047377"/>
                            <wp:effectExtent l="0" t="0" r="0" b="635"/>
                            <wp:docPr id="600000002" name="Picture 1" descr="Elks Usa Logo Vector - LOGO 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ks Usa Logo Vector - LOGO QR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721" cy="1059135"/>
                                    </a:xfrm>
                                    <a:prstGeom prst="rect">
                                      <a:avLst/>
                                    </a:prstGeom>
                                    <a:noFill/>
                                    <a:ln>
                                      <a:noFill/>
                                    </a:ln>
                                  </pic:spPr>
                                </pic:pic>
                              </a:graphicData>
                            </a:graphic>
                          </wp:inline>
                        </w:drawing>
                      </w:r>
                    </w:p>
                  </w:txbxContent>
                </v:textbox>
                <w10:wrap type="square"/>
              </v:shape>
            </w:pict>
          </mc:Fallback>
        </mc:AlternateContent>
      </w:r>
    </w:p>
    <w:p>
      <w:pPr>
        <w:spacing w:after="80"/>
      </w:pPr>
      <w:r>
        <w:rPr>
          <w:noProof/>
        </w:rPr>
        <w:t xml:space="preserve"> </w:t>
      </w:r>
      <w:r>
        <w:rPr>
          <w:b/>
          <w:color w:val="1F3A5F"/>
          <w:sz w:val="30"/>
        </w:rPr>
        <w:t xml:space="preserve">[LODGE NAME] ELKS LODGE NO. [NUMBER]</w:t>
      </w:r>
    </w:p>
    <w:p>
      <w:pPr>
        <w:keepNext/>
        <w:spacing w:after="240"/>
        <w:rPr>
          <w:color w:val="5A6069"/>
          <w:sz w:val="19"/>
        </w:rPr>
      </w:pPr>
      <w:r>
        <w:rPr>
          <w:color w:val="5A6069"/>
          <w:sz w:val="19"/>
        </w:rPr>
        <w:t xml:space="preserve">  [Lodge Address]  |  [City, State ZIP]  </w:t>
      </w:r>
    </w:p>
    <w:p>
      <w:pPr>
        <w:keepNext/>
        <w:spacing w:after="240"/>
      </w:pPr>
    </w:p>
    <w:p>
      <w:pPr>
        <w:spacing w:after="120" w:line="278" w:lineRule="auto"/>
      </w:pPr>
      <w:r>
        <w:rPr>
          <w:b/>
          <w:bCs/>
          <w:color w:val="8A6D00"/>
          <w:sz w:val="15"/>
          <w:szCs w:val="15"/>
        </w:rPr>
        <w:t xml:space="preserve">VARIATION 2 · WARM &amp; COMMUNITY-FOCUSED</w:t>
      </w:r>
    </w:p>
    <w:p>
      <w:pPr>
        <w:keepNext/>
        <w:spacing w:after="200"/>
      </w:pPr>
      <w:r>
        <w:rPr>
          <w:b/>
          <w:color w:val="1F3A5F"/>
          <w:sz w:val="21"/>
        </w:rPr>
        <w:t>FOR IMMEDIATE RELEASE</w:t>
      </w:r>
    </w:p>
    <w:p>
      <w:pPr>
        <w:spacing w:after="160" w:line="278" w:lineRule="auto"/>
        <w:jc w:val="center"/>
      </w:pPr>
      <w:r>
        <w:rPr>
          <w:b/>
          <w:bCs/>
          <w:color w:val="1F497D"/>
          <w:sz w:val="28"/>
          <w:szCs w:val="28"/>
        </w:rPr>
        <w:t xml:space="preserve">COME SEE WHAT MAKES [LODGE NAME] ELKS LODGE A SECOND HOME</w:t>
      </w:r>
    </w:p>
    <w:p>
      <w:pPr>
        <w:spacing w:after="160" w:line="278" w:lineRule="auto"/>
      </w:pPr>
      <w:r>
        <w:rPr>
          <w:b/>
          <w:bCs/>
        </w:rPr>
        <w:t xml:space="preserve">[CITY, Wash. — DATE]</w:t>
      </w:r>
      <w:r>
        <w:t xml:space="preserve"> — [Lodge Name] Elks Lodge No. [Number] is throwing open its doors on [Day, Date], from [Time], and everyone in the community is invited.</w:t>
      </w:r>
    </w:p>
    <w:p>
      <w:pPr>
        <w:spacing w:after="160" w:line="278" w:lineRule="auto"/>
      </w:pPr>
      <w:r>
        <w:t xml:space="preserve">This Open House is a chance to see the lodge the way members do — a place for friendship, service, and support. Visitors can tour the building, chat with members about what the lodge means to them, and hear about the ways it gives back, from helping veterans to supporting local kids and families.</w:t>
      </w:r>
    </w:p>
    <w:p>
      <w:pPr>
        <w:spacing w:after="160" w:line="278" w:lineRule="auto"/>
      </w:pPr>
      <w:r>
        <w:t xml:space="preserve">There’s [refreshments, children’s activities, displays, or presentations] for guests of all ages, and no pressure to join — just a genuine welcome. Individuals and families are encouraged to stop by.</w:t>
      </w:r>
    </w:p>
    <w:p>
      <w:pPr>
        <w:spacing w:after="160" w:line="278" w:lineRule="auto"/>
      </w:pPr>
      <w:r>
        <w:rPr>
          <w:b/>
          <w:bCs/>
        </w:rPr>
        <w:t xml:space="preserve">Event Details</w:t>
      </w:r>
    </w:p>
    <w:p>
      <w:pPr>
        <w:spacing w:after="160" w:line="278" w:lineRule="auto"/>
      </w:pPr>
      <w:r>
        <w:rPr>
          <w:b/>
          <w:bCs/>
        </w:rPr>
        <w:t xml:space="preserve">When:</w:t>
      </w:r>
      <w:r>
        <w:t xml:space="preserve"> [Day, Date and Time]</w:t>
      </w:r>
      <w:r>
        <w:br/>
      </w:r>
      <w:r>
        <w:rPr>
          <w:b/>
          <w:bCs/>
        </w:rPr>
        <w:t xml:space="preserve">Where:</w:t>
      </w:r>
      <w:r>
        <w:t xml:space="preserve"> [Lodge Name and Address]</w:t>
      </w:r>
      <w:r>
        <w:br/>
      </w:r>
      <w:r>
        <w:rPr>
          <w:b/>
          <w:bCs/>
        </w:rPr>
        <w:t xml:space="preserve">Information:</w:t>
      </w:r>
      <w:r>
        <w:t xml:space="preserve"> [Website, Email or Phone Number]</w:t>
      </w:r>
    </w:p>
    <w:p>
      <w:pPr>
        <w:spacing w:after="160" w:line="278" w:lineRule="auto"/>
      </w:pPr>
      <w:r>
        <w:rPr>
          <w:b/>
          <w:bCs/>
        </w:rPr>
        <w:t xml:space="preserve">Media Contact</w:t>
      </w:r>
    </w:p>
    <w:p>
      <w:pPr>
        <w:spacing w:after="160" w:line="278" w:lineRule="auto"/>
      </w:pPr>
      <w:r>
        <w:t xml:space="preserve">[Name and Title]</w:t>
      </w:r>
      <w:r>
        <w:br/>
      </w:r>
      <w:r>
        <w:t xml:space="preserve">[Phone Number]</w:t>
      </w:r>
      <w:r>
        <w:br/>
      </w:r>
      <w:r>
        <w:t xml:space="preserve">[Email Address]</w:t>
      </w:r>
    </w:p>
    <w:p>
      <w:r>
        <w:br w:type="page"/>
      </w:r>
    </w:p>
    <w:p>
      <w:pPr>
        <w:spacing w:after="80"/>
        <w:rPr>
          <w:noProof/>
        </w:rPr>
      </w:pPr>
      <w:r>
        <w:rPr>
          <w:noProof/>
        </w:rPr>
        <mc:AlternateContent>
          <mc:Choice Requires="wps">
            <w:drawing>
              <wp:anchor distT="45720" distB="45720" distL="114300" distR="114300" simplePos="0" relativeHeight="251650003" behindDoc="0" locked="0" layoutInCell="1" allowOverlap="1" wp14:anchorId="60000003" wp14:editId="40000003">
                <wp:simplePos x="0" y="0"/>
                <wp:positionH relativeFrom="column">
                  <wp:posOffset>3810</wp:posOffset>
                </wp:positionH>
                <wp:positionV relativeFrom="paragraph">
                  <wp:posOffset>-5080</wp:posOffset>
                </wp:positionV>
                <wp:extent cx="1152525" cy="1123950"/>
                <wp:effectExtent l="0" t="0" r="9525" b="0"/>
                <wp:wrapSquare wrapText="bothSides"/>
                <wp:docPr id="90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123950"/>
                        </a:xfrm>
                        <a:prstGeom prst="rect">
                          <a:avLst/>
                        </a:prstGeom>
                        <a:solidFill>
                          <a:srgbClr val="FFFFFF"/>
                        </a:solidFill>
                        <a:ln w="9525">
                          <a:noFill/>
                          <a:miter lim="800000"/>
                          <a:headEnd/>
                          <a:tailEnd/>
                        </a:ln>
                      </wps:spPr>
                      <wps:txbx>
                        <w:txbxContent>
                          <w:p w14:paraId="3054A321" w14:textId="0E0F2FDE" w:rsidR="005B3BAA" w:rsidRDefault="005B3BAA">
                            <w:r>
                              <w:rPr>
                                <w:noProof/>
                              </w:rPr>
                              <w:drawing>
                                <wp:inline distT="0" distB="0" distL="0" distR="0" wp14:anchorId="70000003" wp14:editId="20000003">
                                  <wp:extent cx="957967" cy="1047377"/>
                                  <wp:effectExtent l="0" t="0" r="0" b="635"/>
                                  <wp:docPr id="600000003" name="Picture 1" descr="Elks Usa Logo Vector - LOGO 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ks Usa Logo Vector - LOGO QR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721" cy="105913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000003" id="_x0000_t202" coordsize="21600,21600" o:spt="202" path="m,l,21600r21600,l21600,xe">
                <v:stroke joinstyle="miter"/>
                <v:path gradientshapeok="t" o:connecttype="rect"/>
              </v:shapetype>
              <v:shape id="Text Box 2" o:spid="_x0000_s9003" type="#_x0000_t202" style="position:absolute;margin-left:.3pt;margin-top:-.4pt;width:90.75pt;height:88.5pt;z-index:25165000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q/nmCwIAAPcDAAAOAAAAZHJzL2Uyb0RvYy54bWysU9tu2zAMfR+wfxD0vjjOkq0x4hRdugwD ugvQ7gNkWY6FyaJGKbGzry8lp2nQvg2TAYE0qSPy8Gh1PXSGHRR6Dbbk+WTKmbISam13Jf/1sH13 xZkPwtbCgFUlPyrPr9dv36x6V6gZtGBqhYxArC96V/I2BFdkmZet6oSfgFOWgg1gJwK5uMtqFD2h dyabTacfsh6wdghSeU9/b8cgXyf8plEy/GgarwIzJafaQtox7VXcs/VKFDsUrtXyVIb4hyo6oS1d eoa6FUGwPepXUJ2WCB6aMJHQZdA0WqrUA3WTT190c98Kp1IvRI53Z5r8/4OV3w/37ieyMHyCgQaY mvDuDuRvzyxsWmF36gYR+laJmi7OI2VZ73xxOhqp9oWPIFX/DWoastgHSEBDg11khfpkhE4DOJ5J V0NgMl6ZL2b0cSYpluez98tFGksmiqfjDn34oqBj0Sg50lQTvDjc+RDLEcVTSrzNg9H1VhuTHNxV G4PsIEgB27RSBy/SjGV9yZexkHjKQjyfxNHpQAo1uiv51TSuUTORjs+2TilBaDPaVImxJ34iJSM5 YagGSow8VVAfiSmEUYn0cshoAf9y1pMKS+7/7AUqzsxXS2wv8/k8yjY588XHGTl4GakuI8JKgip5 4Gw0NyFJfezohqbS6MTXcyWnWkldicbTS4jyvfRT1vN7XT8CAAD//wMAUEsDBBQABgAIAAAAIQBQ PSEx2QAAAAYBAAAPAAAAZHJzL2Rvd25yZXYueG1sTI7NboMwEITvlfoO1lbqpUpMUAsJxURJpVa9 5ucBFrwBVLxG2Ank7WtO7W1GM5r58u1kOnGjwbWWFayWEQjiyuqWawXn0+diDcJ5ZI2dZVJwJwfb 4vEhx0zbkQ90O/pahBF2GSpovO8zKV3VkEG3tD1xyC52MOiDHWqpBxzDuOlkHEWJNNhyeGiwp4+G qp/j1Si4fI8vb5ux/PLn9PCa7LFNS3tX6vlp2r2D8DT5vzLM+AEdisBU2itrJzoFSegpmPHncB2v QJRBpEkMssjlf/ziFwAA//8DAFBLAQItABQABgAIAAAAIQC2gziS/gAAAOEBAAATAAAAAAAAAAAA AAAAAAAAAABbQ29udGVudF9UeXBlc10ueG1sUEsBAi0AFAAGAAgAAAAhADj9If/WAAAAlAEAAAsA AAAAAAAAAAAAAAAALwEAAF9yZWxzLy5yZWxzUEsBAi0AFAAGAAgAAAAhANKr+eYLAgAA9wMAAA4A AAAAAAAAAAAAAAAALgIAAGRycy9lMm9Eb2MueG1sUEsBAi0AFAAGAAgAAAAhAFA9ITHZAAAABgEA AA8AAAAAAAAAAAAAAAAAZQQAAGRycy9kb3ducmV2LnhtbFBLBQYAAAAABAAEAPMAAABrBQAAAAA= " stroked="f">
                <v:textbox>
                  <w:txbxContent>
                    <w:p w14:paraId="3054A321" w14:textId="0E0F2FDE" w:rsidR="005B3BAA" w:rsidRDefault="005B3BAA">
                      <w:r>
                        <w:rPr>
                          <w:noProof/>
                        </w:rPr>
                        <w:drawing>
                          <wp:inline distT="0" distB="0" distL="0" distR="0" wp14:anchorId="70000003" wp14:editId="20000003">
                            <wp:extent cx="957967" cy="1047377"/>
                            <wp:effectExtent l="0" t="0" r="0" b="635"/>
                            <wp:docPr id="600000003" name="Picture 1" descr="Elks Usa Logo Vector - LOGO 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ks Usa Logo Vector - LOGO QR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721" cy="1059135"/>
                                    </a:xfrm>
                                    <a:prstGeom prst="rect">
                                      <a:avLst/>
                                    </a:prstGeom>
                                    <a:noFill/>
                                    <a:ln>
                                      <a:noFill/>
                                    </a:ln>
                                  </pic:spPr>
                                </pic:pic>
                              </a:graphicData>
                            </a:graphic>
                          </wp:inline>
                        </w:drawing>
                      </w:r>
                    </w:p>
                  </w:txbxContent>
                </v:textbox>
                <w10:wrap type="square"/>
              </v:shape>
            </w:pict>
          </mc:Fallback>
        </mc:AlternateContent>
      </w:r>
    </w:p>
    <w:p>
      <w:pPr>
        <w:spacing w:after="80"/>
      </w:pPr>
      <w:r>
        <w:rPr>
          <w:noProof/>
        </w:rPr>
        <w:t xml:space="preserve"> </w:t>
      </w:r>
      <w:r>
        <w:rPr>
          <w:b/>
          <w:color w:val="1F3A5F"/>
          <w:sz w:val="30"/>
        </w:rPr>
        <w:t xml:space="preserve">[LODGE NAME] ELKS LODGE NO. [NUMBER]</w:t>
      </w:r>
    </w:p>
    <w:p>
      <w:pPr>
        <w:keepNext/>
        <w:spacing w:after="240"/>
        <w:rPr>
          <w:color w:val="5A6069"/>
          <w:sz w:val="19"/>
        </w:rPr>
      </w:pPr>
      <w:r>
        <w:rPr>
          <w:color w:val="5A6069"/>
          <w:sz w:val="19"/>
        </w:rPr>
        <w:t xml:space="preserve">  [Lodge Address]  |  [City, State ZIP]  </w:t>
      </w:r>
    </w:p>
    <w:p>
      <w:pPr>
        <w:keepNext/>
        <w:spacing w:after="240"/>
      </w:pPr>
    </w:p>
    <w:p>
      <w:pPr>
        <w:spacing w:after="120" w:line="278" w:lineRule="auto"/>
      </w:pPr>
      <w:r>
        <w:rPr>
          <w:b/>
          <w:bCs/>
          <w:color w:val="8A6D00"/>
          <w:sz w:val="15"/>
          <w:szCs w:val="15"/>
        </w:rPr>
        <w:t xml:space="preserve">VARIATION 3 · BROADCAST READY (TV/RADIO)</w:t>
      </w:r>
    </w:p>
    <w:p>
      <w:pPr>
        <w:keepNext/>
        <w:spacing w:after="200"/>
      </w:pPr>
      <w:r>
        <w:rPr>
          <w:b/>
          <w:color w:val="1F3A5F"/>
          <w:sz w:val="21"/>
        </w:rPr>
        <w:t>FOR IMMEDIATE RELEASE</w:t>
      </w:r>
    </w:p>
    <w:p>
      <w:pPr>
        <w:spacing w:after="160" w:line="278" w:lineRule="auto"/>
        <w:jc w:val="center"/>
      </w:pPr>
      <w:r>
        <w:rPr>
          <w:b/>
          <w:bCs/>
          <w:color w:val="1F497D"/>
          <w:sz w:val="28"/>
          <w:szCs w:val="28"/>
        </w:rPr>
        <w:t xml:space="preserve">LOCAL ELKS LODGE INVITES PUBLIC TO OPEN HOUSE</w:t>
      </w:r>
    </w:p>
    <w:p>
      <w:pPr>
        <w:spacing w:after="160" w:line="278" w:lineRule="auto"/>
      </w:pPr>
      <w:r>
        <w:rPr>
          <w:b/>
          <w:bCs/>
        </w:rPr>
        <w:t xml:space="preserve">[CITY, Wash. — DATE]</w:t>
      </w:r>
      <w:r>
        <w:t xml:space="preserve"> — [Lodge Name] Elks Lodge No. [Number] is opening its doors to the public on [Day, Date], from [Time].</w:t>
      </w:r>
    </w:p>
    <w:p>
      <w:pPr>
        <w:spacing w:after="160" w:line="278" w:lineRule="auto"/>
      </w:pPr>
      <w:r>
        <w:t xml:space="preserve">The free, family-friendly event at [Lodge Address] gives visitors a tour of the lodge and a look at the programs it runs for veterans, youth, and local families.</w:t>
      </w:r>
    </w:p>
    <w:p>
      <w:pPr>
        <w:pBdr>
          <w:left w:val="single" w:sz="12" w:space="8" w:color="1F497D"/>
        </w:pBdr>
        <w:spacing w:before="120" w:after="160" w:line="278" w:lineRule="auto"/>
        <w:ind w:left="360" w:right="360"/>
      </w:pPr>
      <w:r>
        <w:rPr>
          <w:i/>
          <w:iCs/>
          <w:color w:val="1F3A5F"/>
        </w:rPr>
        <w:t xml:space="preserve">“This is our chance to show the community exactly what we do and why it matters,” said [Name], [Title] of [Lodge Name] Elks Lodge No. [Number]. “We’d love for people to come see for themselves.”</w:t>
      </w:r>
    </w:p>
    <w:p>
      <w:pPr>
        <w:spacing w:after="160" w:line="278" w:lineRule="auto"/>
      </w:pPr>
      <w:r>
        <w:t xml:space="preserve">[Refreshments, children’s activities, displays, or presentations] will be available. No membership commitment is required to attend.</w:t>
      </w:r>
    </w:p>
    <w:p>
      <w:pPr>
        <w:spacing w:after="160" w:line="278" w:lineRule="auto"/>
      </w:pPr>
      <w:r>
        <w:rPr>
          <w:b/>
          <w:bCs/>
        </w:rPr>
        <w:t xml:space="preserve">Event Details</w:t>
      </w:r>
    </w:p>
    <w:p>
      <w:pPr>
        <w:spacing w:after="160" w:line="278" w:lineRule="auto"/>
      </w:pPr>
      <w:r>
        <w:rPr>
          <w:b/>
          <w:bCs/>
        </w:rPr>
        <w:t xml:space="preserve">When:</w:t>
      </w:r>
      <w:r>
        <w:t xml:space="preserve"> [Day, Date and Time]</w:t>
      </w:r>
      <w:r>
        <w:br/>
      </w:r>
      <w:r>
        <w:rPr>
          <w:b/>
          <w:bCs/>
        </w:rPr>
        <w:t xml:space="preserve">Where:</w:t>
      </w:r>
      <w:r>
        <w:t xml:space="preserve"> [Lodge Name and Address]</w:t>
      </w:r>
      <w:r>
        <w:br/>
      </w:r>
      <w:r>
        <w:rPr>
          <w:b/>
          <w:bCs/>
        </w:rPr>
        <w:t xml:space="preserve">Information:</w:t>
      </w:r>
      <w:r>
        <w:t xml:space="preserve"> [Website, Email or Phone Number]</w:t>
      </w:r>
    </w:p>
    <w:p>
      <w:pPr>
        <w:spacing w:after="160" w:line="278" w:lineRule="auto"/>
      </w:pPr>
      <w:r>
        <w:rPr>
          <w:b/>
          <w:bCs/>
          <w:i/>
          <w:iCs/>
        </w:rPr>
        <w:t xml:space="preserve">Note to Editors/Producers: </w:t>
      </w:r>
      <w:r>
        <w:rPr>
          <w:i/>
          <w:iCs/>
        </w:rPr>
        <w:t xml:space="preserve">A lodge representative is available for interviews before the event. Contact the number below to arrange.</w:t>
      </w:r>
    </w:p>
    <w:p>
      <w:pPr>
        <w:spacing w:after="160" w:line="278" w:lineRule="auto"/>
      </w:pPr>
      <w:r>
        <w:rPr>
          <w:b/>
          <w:bCs/>
        </w:rPr>
        <w:t xml:space="preserve">Media Contact</w:t>
      </w:r>
    </w:p>
    <w:p>
      <w:pPr>
        <w:spacing w:after="160" w:line="278" w:lineRule="auto"/>
      </w:pPr>
      <w:r>
        <w:t xml:space="preserve">[Name and Title]</w:t>
      </w:r>
      <w:r>
        <w:br/>
      </w:r>
      <w:r>
        <w:t xml:space="preserve">[Phone Number]</w:t>
      </w:r>
      <w:r>
        <w:br/>
      </w:r>
      <w:r>
        <w:t xml:space="preserve">[Email Address]</w:t>
      </w:r>
    </w:p>
    <w:p>
      <w:r>
        <w:br w:type="page"/>
      </w:r>
    </w:p>
    <w:p>
      <w:pPr>
        <w:spacing w:after="80"/>
        <w:rPr>
          <w:noProof/>
        </w:rPr>
      </w:pPr>
      <w:r>
        <w:rPr>
          <w:noProof/>
        </w:rPr>
        <mc:AlternateContent>
          <mc:Choice Requires="wps">
            <w:drawing>
              <wp:anchor distT="45720" distB="45720" distL="114300" distR="114300" simplePos="0" relativeHeight="251650004" behindDoc="0" locked="0" layoutInCell="1" allowOverlap="1" wp14:anchorId="60000004" wp14:editId="40000004">
                <wp:simplePos x="0" y="0"/>
                <wp:positionH relativeFrom="column">
                  <wp:posOffset>3810</wp:posOffset>
                </wp:positionH>
                <wp:positionV relativeFrom="paragraph">
                  <wp:posOffset>-5080</wp:posOffset>
                </wp:positionV>
                <wp:extent cx="1152525" cy="1123950"/>
                <wp:effectExtent l="0" t="0" r="9525" b="0"/>
                <wp:wrapSquare wrapText="bothSides"/>
                <wp:docPr id="90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123950"/>
                        </a:xfrm>
                        <a:prstGeom prst="rect">
                          <a:avLst/>
                        </a:prstGeom>
                        <a:solidFill>
                          <a:srgbClr val="FFFFFF"/>
                        </a:solidFill>
                        <a:ln w="9525">
                          <a:noFill/>
                          <a:miter lim="800000"/>
                          <a:headEnd/>
                          <a:tailEnd/>
                        </a:ln>
                      </wps:spPr>
                      <wps:txbx>
                        <w:txbxContent>
                          <w:p w14:paraId="3054A321" w14:textId="0E0F2FDE" w:rsidR="005B3BAA" w:rsidRDefault="005B3BAA">
                            <w:r>
                              <w:rPr>
                                <w:noProof/>
                              </w:rPr>
                              <w:drawing>
                                <wp:inline distT="0" distB="0" distL="0" distR="0" wp14:anchorId="70000004" wp14:editId="20000004">
                                  <wp:extent cx="957967" cy="1047377"/>
                                  <wp:effectExtent l="0" t="0" r="0" b="635"/>
                                  <wp:docPr id="600000004" name="Picture 1" descr="Elks Usa Logo Vector - LOGO 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ks Usa Logo Vector - LOGO QR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721" cy="105913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000004" id="_x0000_t202" coordsize="21600,21600" o:spt="202" path="m,l,21600r21600,l21600,xe">
                <v:stroke joinstyle="miter"/>
                <v:path gradientshapeok="t" o:connecttype="rect"/>
              </v:shapetype>
              <v:shape id="Text Box 2" o:spid="_x0000_s9004" type="#_x0000_t202" style="position:absolute;margin-left:.3pt;margin-top:-.4pt;width:90.75pt;height:88.5pt;z-index:2516500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q/nmCwIAAPcDAAAOAAAAZHJzL2Uyb0RvYy54bWysU9tu2zAMfR+wfxD0vjjOkq0x4hRdugwD ugvQ7gNkWY6FyaJGKbGzry8lp2nQvg2TAYE0qSPy8Gh1PXSGHRR6Dbbk+WTKmbISam13Jf/1sH13 xZkPwtbCgFUlPyrPr9dv36x6V6gZtGBqhYxArC96V/I2BFdkmZet6oSfgFOWgg1gJwK5uMtqFD2h dyabTacfsh6wdghSeU9/b8cgXyf8plEy/GgarwIzJafaQtox7VXcs/VKFDsUrtXyVIb4hyo6oS1d eoa6FUGwPepXUJ2WCB6aMJHQZdA0WqrUA3WTT190c98Kp1IvRI53Z5r8/4OV3w/37ieyMHyCgQaY mvDuDuRvzyxsWmF36gYR+laJmi7OI2VZ73xxOhqp9oWPIFX/DWoastgHSEBDg11khfpkhE4DOJ5J V0NgMl6ZL2b0cSYpluez98tFGksmiqfjDn34oqBj0Sg50lQTvDjc+RDLEcVTSrzNg9H1VhuTHNxV G4PsIEgB27RSBy/SjGV9yZexkHjKQjyfxNHpQAo1uiv51TSuUTORjs+2TilBaDPaVImxJ34iJSM5 YagGSow8VVAfiSmEUYn0cshoAf9y1pMKS+7/7AUqzsxXS2wv8/k8yjY588XHGTl4GakuI8JKgip5 4Gw0NyFJfezohqbS6MTXcyWnWkldicbTS4jyvfRT1vN7XT8CAAD//wMAUEsDBBQABgAIAAAAIQBQ PSEx2QAAAAYBAAAPAAAAZHJzL2Rvd25yZXYueG1sTI7NboMwEITvlfoO1lbqpUpMUAsJxURJpVa9 5ucBFrwBVLxG2Ank7WtO7W1GM5r58u1kOnGjwbWWFayWEQjiyuqWawXn0+diDcJ5ZI2dZVJwJwfb 4vEhx0zbkQ90O/pahBF2GSpovO8zKV3VkEG3tD1xyC52MOiDHWqpBxzDuOlkHEWJNNhyeGiwp4+G qp/j1Si4fI8vb5ux/PLn9PCa7LFNS3tX6vlp2r2D8DT5vzLM+AEdisBU2itrJzoFSegpmPHncB2v QJRBpEkMssjlf/ziFwAA//8DAFBLAQItABQABgAIAAAAIQC2gziS/gAAAOEBAAATAAAAAAAAAAAA AAAAAAAAAABbQ29udGVudF9UeXBlc10ueG1sUEsBAi0AFAAGAAgAAAAhADj9If/WAAAAlAEAAAsA AAAAAAAAAAAAAAAALwEAAF9yZWxzLy5yZWxzUEsBAi0AFAAGAAgAAAAhANKr+eYLAgAA9wMAAA4A AAAAAAAAAAAAAAAALgIAAGRycy9lMm9Eb2MueG1sUEsBAi0AFAAGAAgAAAAhAFA9ITHZAAAABgEA AA8AAAAAAAAAAAAAAAAAZQQAAGRycy9kb3ducmV2LnhtbFBLBQYAAAAABAAEAPMAAABrBQAAAAA= " stroked="f">
                <v:textbox>
                  <w:txbxContent>
                    <w:p w14:paraId="3054A321" w14:textId="0E0F2FDE" w:rsidR="005B3BAA" w:rsidRDefault="005B3BAA">
                      <w:r>
                        <w:rPr>
                          <w:noProof/>
                        </w:rPr>
                        <w:drawing>
                          <wp:inline distT="0" distB="0" distL="0" distR="0" wp14:anchorId="70000004" wp14:editId="20000004">
                            <wp:extent cx="957967" cy="1047377"/>
                            <wp:effectExtent l="0" t="0" r="0" b="635"/>
                            <wp:docPr id="600000004" name="Picture 1" descr="Elks Usa Logo Vector - LOGO Q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ks Usa Logo Vector - LOGO QR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721" cy="1059135"/>
                                    </a:xfrm>
                                    <a:prstGeom prst="rect">
                                      <a:avLst/>
                                    </a:prstGeom>
                                    <a:noFill/>
                                    <a:ln>
                                      <a:noFill/>
                                    </a:ln>
                                  </pic:spPr>
                                </pic:pic>
                              </a:graphicData>
                            </a:graphic>
                          </wp:inline>
                        </w:drawing>
                      </w:r>
                    </w:p>
                  </w:txbxContent>
                </v:textbox>
                <w10:wrap type="square"/>
              </v:shape>
            </w:pict>
          </mc:Fallback>
        </mc:AlternateContent>
      </w:r>
    </w:p>
    <w:p>
      <w:pPr>
        <w:spacing w:after="80"/>
      </w:pPr>
      <w:r>
        <w:rPr>
          <w:noProof/>
        </w:rPr>
        <w:t xml:space="preserve"> </w:t>
      </w:r>
      <w:r>
        <w:rPr>
          <w:b/>
          <w:color w:val="1F3A5F"/>
          <w:sz w:val="30"/>
        </w:rPr>
        <w:t xml:space="preserve">[LODGE NAME] ELKS LODGE NO. [NUMBER]</w:t>
      </w:r>
    </w:p>
    <w:p>
      <w:pPr>
        <w:keepNext/>
        <w:spacing w:after="240"/>
        <w:rPr>
          <w:color w:val="5A6069"/>
          <w:sz w:val="19"/>
        </w:rPr>
      </w:pPr>
      <w:r>
        <w:rPr>
          <w:color w:val="5A6069"/>
          <w:sz w:val="19"/>
        </w:rPr>
        <w:t xml:space="preserve">  [Lodge Address]  |  [City, State ZIP]  </w:t>
      </w:r>
    </w:p>
    <w:p>
      <w:pPr>
        <w:keepNext/>
        <w:spacing w:after="240"/>
      </w:pPr>
    </w:p>
    <w:p>
      <w:pPr>
        <w:spacing w:after="120" w:line="278" w:lineRule="auto"/>
      </w:pPr>
      <w:r>
        <w:rPr>
          <w:b/>
          <w:bCs/>
          <w:color w:val="8A6D00"/>
          <w:sz w:val="15"/>
          <w:szCs w:val="15"/>
        </w:rPr>
        <w:t xml:space="preserve">VARIATION 4 · DIGITAL/ONLINE READY</w:t>
      </w:r>
    </w:p>
    <w:p>
      <w:pPr>
        <w:keepNext/>
        <w:spacing w:after="200"/>
      </w:pPr>
      <w:r>
        <w:rPr>
          <w:b/>
          <w:color w:val="1F3A5F"/>
          <w:sz w:val="21"/>
        </w:rPr>
        <w:t>FOR IMMEDIATE RELEASE</w:t>
      </w:r>
    </w:p>
    <w:p>
      <w:pPr>
        <w:spacing w:after="160" w:line="278" w:lineRule="auto"/>
        <w:jc w:val="center"/>
      </w:pPr>
      <w:r>
        <w:rPr>
          <w:b/>
          <w:bCs/>
          <w:color w:val="1F497D"/>
          <w:sz w:val="28"/>
          <w:szCs w:val="28"/>
        </w:rPr>
        <w:t xml:space="preserve">CURIOUS ABOUT THE ELKS? [CITY]’S LODGE IS OPENING ITS DOORS</w:t>
      </w:r>
    </w:p>
    <w:p>
      <w:pPr>
        <w:spacing w:after="160" w:line="278" w:lineRule="auto"/>
      </w:pPr>
      <w:r>
        <w:t xml:space="preserve">What actually happens inside your local Elks Lodge? [City] residents can find out at an Open House hosted by [Lodge Name] Elks Lodge No. [Number] on [Day, Date], from [Time] at [Lodge Address].</w:t>
      </w:r>
    </w:p>
    <w:p>
      <w:pPr>
        <w:keepNext/>
        <w:spacing w:after="120" w:line="278" w:lineRule="auto"/>
      </w:pPr>
      <w:r>
        <w:rPr>
          <w:b/>
          <w:bCs/>
          <w:color w:val="1F3A5F"/>
          <w:sz w:val="21"/>
          <w:szCs w:val="21"/>
        </w:rPr>
        <w:t xml:space="preserve">What to Expect</w:t>
      </w:r>
    </w:p>
    <w:p>
      <w:pPr>
        <w:spacing w:after="160" w:line="278" w:lineRule="auto"/>
      </w:pPr>
      <w:r>
        <w:t xml:space="preserve">Visitors can tour the building, meet members, and enjoy [refreshments, children’s activities, displays, or presentations] while learning how the lodge supports veterans, youth, and families in the community.</w:t>
      </w:r>
    </w:p>
    <w:p>
      <w:pPr>
        <w:keepNext/>
        <w:spacing w:after="120" w:line="278" w:lineRule="auto"/>
      </w:pPr>
      <w:r>
        <w:rPr>
          <w:b/>
          <w:bCs/>
          <w:color w:val="1F3A5F"/>
          <w:sz w:val="21"/>
          <w:szCs w:val="21"/>
        </w:rPr>
        <w:t xml:space="preserve">Why It Matters</w:t>
      </w:r>
    </w:p>
    <w:p>
      <w:pPr>
        <w:spacing w:after="160" w:line="278" w:lineRule="auto"/>
      </w:pPr>
      <w:r>
        <w:t xml:space="preserve">The event is free, family-friendly, and open to everyone — no membership commitment required. It’s a low-key way to see what the Elks are about before deciding if it’s a fit.</w:t>
      </w:r>
    </w:p>
    <w:p>
      <w:pPr>
        <w:spacing w:after="160" w:line="278" w:lineRule="auto"/>
      </w:pPr>
      <w:r>
        <w:t xml:space="preserve">For more information, visit [Website] or follow [Lodge Name] Elks Lodge on [Social Media Handle].</w:t>
      </w:r>
    </w:p>
    <w:p>
      <w:pPr>
        <w:spacing w:after="160" w:line="278" w:lineRule="auto"/>
      </w:pPr>
      <w:r>
        <w:rPr>
          <w:b/>
          <w:bCs/>
        </w:rPr>
        <w:t xml:space="preserve">Event Details</w:t>
      </w:r>
    </w:p>
    <w:p>
      <w:pPr>
        <w:spacing w:after="160" w:line="278" w:lineRule="auto"/>
      </w:pPr>
      <w:r>
        <w:rPr>
          <w:b/>
          <w:bCs/>
        </w:rPr>
        <w:t xml:space="preserve">When:</w:t>
      </w:r>
      <w:r>
        <w:t xml:space="preserve"> [Day, Date and Time]</w:t>
      </w:r>
      <w:r>
        <w:br/>
      </w:r>
      <w:r>
        <w:rPr>
          <w:b/>
          <w:bCs/>
        </w:rPr>
        <w:t xml:space="preserve">Where:</w:t>
      </w:r>
      <w:r>
        <w:t xml:space="preserve"> [Lodge Name and Address]</w:t>
      </w:r>
      <w:r>
        <w:br/>
      </w:r>
      <w:r>
        <w:rPr>
          <w:b/>
          <w:bCs/>
        </w:rPr>
        <w:t xml:space="preserve">Information:</w:t>
      </w:r>
      <w:r>
        <w:t xml:space="preserve"> [Website, Email or Phone Number]</w:t>
      </w:r>
    </w:p>
    <w:p>
      <w:pPr>
        <w:spacing w:after="160" w:line="278" w:lineRule="auto"/>
      </w:pPr>
      <w:r>
        <w:rPr>
          <w:b/>
          <w:bCs/>
        </w:rPr>
        <w:t xml:space="preserve">Media Contact</w:t>
      </w:r>
    </w:p>
    <w:p>
      <w:pPr>
        <w:spacing w:after="160" w:line="278" w:lineRule="auto"/>
      </w:pPr>
      <w:r>
        <w:t xml:space="preserve">[Name and Title]</w:t>
      </w:r>
      <w:r>
        <w:br/>
      </w:r>
      <w:r>
        <w:t xml:space="preserve">[Phone Number]</w:t>
      </w:r>
      <w:r>
        <w:br/>
      </w:r>
      <w:r>
        <w:t xml:space="preserve">[Email Address]</w:t>
      </w:r>
    </w:p>
    <w:sectPr w:rsidR="00311D32" w:rsidSect="00034616">
      <w:footerReference w:type="default" r:id="rId9"/>
      <w:pgSz w:w="12240" w:h="15840"/>
      <w:pgMar w:top="893" w:right="1224" w:bottom="936" w:left="122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6B72F" w14:textId="77777777" w:rsidR="005B3BAA" w:rsidRDefault="005B3BAA">
      <w:pPr>
        <w:spacing w:after="0" w:line="240" w:lineRule="auto"/>
      </w:pPr>
      <w:r>
        <w:separator/>
      </w:r>
    </w:p>
  </w:endnote>
  <w:endnote w:type="continuationSeparator" w:id="0">
    <w:p w14:paraId="1E57647A" w14:textId="77777777" w:rsidR="005B3BAA" w:rsidRDefault="005B3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468C" w14:textId="07A981E2" w:rsidR="00311D32" w:rsidRDefault="00311D3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3AED5" w14:textId="77777777" w:rsidR="005B3BAA" w:rsidRDefault="005B3BAA">
      <w:pPr>
        <w:spacing w:after="0" w:line="240" w:lineRule="auto"/>
      </w:pPr>
      <w:r>
        <w:separator/>
      </w:r>
    </w:p>
  </w:footnote>
  <w:footnote w:type="continuationSeparator" w:id="0">
    <w:p w14:paraId="1FE76E63" w14:textId="77777777" w:rsidR="005B3BAA" w:rsidRDefault="005B3B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5577819">
    <w:abstractNumId w:val="8"/>
  </w:num>
  <w:num w:numId="2" w16cid:durableId="528227154">
    <w:abstractNumId w:val="6"/>
  </w:num>
  <w:num w:numId="3" w16cid:durableId="99106381">
    <w:abstractNumId w:val="5"/>
  </w:num>
  <w:num w:numId="4" w16cid:durableId="253248616">
    <w:abstractNumId w:val="4"/>
  </w:num>
  <w:num w:numId="5" w16cid:durableId="204829409">
    <w:abstractNumId w:val="7"/>
  </w:num>
  <w:num w:numId="6" w16cid:durableId="402603471">
    <w:abstractNumId w:val="3"/>
  </w:num>
  <w:num w:numId="7" w16cid:durableId="1667900432">
    <w:abstractNumId w:val="2"/>
  </w:num>
  <w:num w:numId="8" w16cid:durableId="750782768">
    <w:abstractNumId w:val="1"/>
  </w:num>
  <w:num w:numId="9" w16cid:durableId="1468551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EA8"/>
    <w:rsid w:val="0029639D"/>
    <w:rsid w:val="00311D32"/>
    <w:rsid w:val="00326F90"/>
    <w:rsid w:val="005B3BA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6520F8"/>
  <w14:defaultImageDpi w14:val="300"/>
  <w15:docId w15:val="{686B425D-CAE9-45FA-B490-2799B3140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157</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Elks Open House Press Release Template</dc:title>
  <dc:subject>Editable press release template for an Elks Lodge Open House</dc:subject>
  <dc:creator>Lana Davick</dc:creator>
  <cp:keywords/>
  <dc:description>generated by python-docx</dc:description>
  <cp:lastModifiedBy>Lana Davick</cp:lastModifiedBy>
  <cp:revision>2</cp:revision>
  <dcterms:created xsi:type="dcterms:W3CDTF">2026-08-18T21:13:00Z</dcterms:created>
  <dcterms:modified xsi:type="dcterms:W3CDTF">2026-08-18T21:13:00Z</dcterms:modified>
  <cp:category/>
</cp:coreProperties>
</file>