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0" w:line="278" w:lineRule="auto"/>
      </w:pPr>
      <w:r>
        <w:rPr>
          <w:b/>
          <w:bCs/>
          <w:color w:val="1F3A5F"/>
          <w:sz w:val="32"/>
          <w:szCs w:val="32"/>
        </w:rPr>
        <w:t xml:space="preserve">Membership Drive Press Release — 4 Variations</w:t>
      </w:r>
    </w:p>
    <w:p>
      <w:pPr>
        <w:spacing w:after="160" w:line="278" w:lineRule="auto"/>
      </w:pPr>
      <w:r>
        <w:t xml:space="preserve">Four versions of this press release follow, each written in a different tone. Pick the one that best fits your lodge's voice or the outlet you're sending it to, then fill in the bracketed [placeholder] details before sending. Event Details and Media Contact sections work the same way in every version.</w:t>
      </w:r>
    </w:p>
    <w:p>
      <w:pPr>
        <w:spacing w:after="120"/>
      </w:pPr>
    </w:p>
    <w:p>
      <w:pPr>
        <w:spacing w:after="160" w:line="278" w:lineRule="auto"/>
      </w:pPr>
      <w:r>
        <w:rPr>
          <w:b/>
          <w:bCs/>
        </w:rPr>
        <w:t xml:space="preserve">Variation 1 — Classic &amp; Formal: </w:t>
      </w:r>
      <w:r>
        <w:t xml:space="preserve">A close match to a traditional AP-style press release: straightforward, professional, and safe to send to any newspaper or wire service.</w:t>
      </w:r>
    </w:p>
    <w:p>
      <w:pPr>
        <w:spacing w:after="160" w:line="278" w:lineRule="auto"/>
      </w:pPr>
      <w:r>
        <w:rPr>
          <w:b/>
          <w:bCs/>
        </w:rPr>
        <w:t xml:space="preserve">Variation 2 — Warm &amp; Community-Focused: </w:t>
      </w:r>
      <w:r>
        <w:t xml:space="preserve">A friendlier, story-driven tone that leads with belonging and neighborliness. Good for community newsletters, church/civic bulletins, or a lodge Facebook page.</w:t>
      </w:r>
    </w:p>
    <w:p>
      <w:pPr>
        <w:spacing w:after="160" w:line="278" w:lineRule="auto"/>
      </w:pPr>
      <w:r>
        <w:rPr>
          <w:b/>
          <w:bCs/>
        </w:rPr>
        <w:t xml:space="preserve">Variation 3 — Broadcast Ready (TV/Radio): </w:t>
      </w:r>
      <w:r>
        <w:t xml:space="preserve">Short sentences, an easy-to-read-aloud lead, and a ready-made quote. Built for local TV and radio news desks, who often just need something quotable and quick to skim.</w:t>
      </w:r>
    </w:p>
    <w:p>
      <w:pPr>
        <w:spacing w:after="160" w:line="278" w:lineRule="auto"/>
      </w:pPr>
      <w:r>
        <w:rPr>
          <w:b/>
          <w:bCs/>
        </w:rPr>
        <w:t xml:space="preserve">Variation 4 — Digital/Online Ready: </w:t>
      </w:r>
      <w:r>
        <w:t xml:space="preserve">A stronger hook headline, subheads, and a call to action. Built for online news outlets, blogs, and digital community calendars where scannability and a website/social link matter.</w:t>
      </w:r>
    </w:p>
    <w:p>
      <w:r>
        <w:br w:type="page"/>
      </w:r>
    </w:p>
    <w:p>
      <w:pPr>
        <w:spacing w:after="8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01" behindDoc="0" locked="0" layoutInCell="1" allowOverlap="1" wp14:anchorId="60000001" wp14:editId="40000001">
                <wp:simplePos x="0" y="0"/>
                <wp:positionH relativeFrom="column">
                  <wp:posOffset>3810</wp:posOffset>
                </wp:positionH>
                <wp:positionV relativeFrom="paragraph">
                  <wp:posOffset>-5080</wp:posOffset>
                </wp:positionV>
                <wp:extent cx="1152525" cy="1123950"/>
                <wp:effectExtent l="0" t="0" r="9525" b="0"/>
                <wp:wrapSquare wrapText="bothSides"/>
                <wp:docPr id="9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4A321" w14:textId="0E0F2FDE" w:rsidR="005B3BAA" w:rsidRDefault="005B3B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00001" wp14:editId="20000001">
                                  <wp:extent cx="957967" cy="1047377"/>
                                  <wp:effectExtent l="0" t="0" r="0" b="635"/>
                                  <wp:docPr id="600000001" name="Picture 1" descr="Elks Usa Logo Vector - LOGO QR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lks Usa Logo Vector - LOGO QR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8721" cy="1059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00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9001" type="#_x0000_t202" style="position:absolute;margin-left:.3pt;margin-top:-.4pt;width:90.75pt;height:88.5pt;z-index:25165000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q/nmCwIAAPcDAAAOAAAAZHJzL2Uyb0RvYy54bWysU9tu2zAMfR+wfxD0vjjOkq0x4hRdugwD ugvQ7gNkWY6FyaJGKbGzry8lp2nQvg2TAYE0qSPy8Gh1PXSGHRR6Dbbk+WTKmbISam13Jf/1sH13 xZkPwtbCgFUlPyrPr9dv36x6V6gZtGBqhYxArC96V/I2BFdkmZet6oSfgFOWgg1gJwK5uMtqFD2h dyabTacfsh6wdghSeU9/b8cgXyf8plEy/GgarwIzJafaQtox7VXcs/VKFDsUrtXyVIb4hyo6oS1d eoa6FUGwPepXUJ2WCB6aMJHQZdA0WqrUA3WTT190c98Kp1IvRI53Z5r8/4OV3w/37ieyMHyCgQaY mvDuDuRvzyxsWmF36gYR+laJmi7OI2VZ73xxOhqp9oWPIFX/DWoastgHSEBDg11khfpkhE4DOJ5J V0NgMl6ZL2b0cSYpluez98tFGksmiqfjDn34oqBj0Sg50lQTvDjc+RDLEcVTSrzNg9H1VhuTHNxV G4PsIEgB27RSBy/SjGV9yZexkHjKQjyfxNHpQAo1uiv51TSuUTORjs+2TilBaDPaVImxJ34iJSM5 YagGSow8VVAfiSmEUYn0cshoAf9y1pMKS+7/7AUqzsxXS2wv8/k8yjY588XHGTl4GakuI8JKgip5 4Gw0NyFJfezohqbS6MTXcyWnWkldicbTS4jyvfRT1vN7XT8CAAD//wMAUEsDBBQABgAIAAAAIQBQ PSEx2QAAAAYBAAAPAAAAZHJzL2Rvd25yZXYueG1sTI7NboMwEITvlfoO1lbqpUpMUAsJxURJpVa9 5ucBFrwBVLxG2Ank7WtO7W1GM5r58u1kOnGjwbWWFayWEQjiyuqWawXn0+diDcJ5ZI2dZVJwJwfb 4vEhx0zbkQ90O/pahBF2GSpovO8zKV3VkEG3tD1xyC52MOiDHWqpBxzDuOlkHEWJNNhyeGiwp4+G qp/j1Si4fI8vb5ux/PLn9PCa7LFNS3tX6vlp2r2D8DT5vzLM+AEdisBU2itrJzoFSegpmPHncB2v QJRBpEkMssjlf/ziFwAA//8DAFBLAQItABQABgAIAAAAIQC2gziS/gAAAOEBAAATAAAAAAAAAAAA AAAAAAAAAABbQ29udGVudF9UeXBlc10ueG1sUEsBAi0AFAAGAAgAAAAhADj9If/WAAAAlAEAAAsA AAAAAAAAAAAAAAAALwEAAF9yZWxzLy5yZWxzUEsBAi0AFAAGAAgAAAAhANKr+eYLAgAA9wMAAA4A AAAAAAAAAAAAAAAALgIAAGRycy9lMm9Eb2MueG1sUEsBAi0AFAAGAAgAAAAhAFA9ITHZAAAABgEA AA8AAAAAAAAAAAAAAAAAZQQAAGRycy9kb3ducmV2LnhtbFBLBQYAAAAABAAEAPMAAABrBQAAAAA= " stroked="f">
                <v:textbox>
                  <w:txbxContent>
                    <w:p w14:paraId="3054A321" w14:textId="0E0F2FDE" w:rsidR="005B3BAA" w:rsidRDefault="005B3BAA">
                      <w:r>
                        <w:rPr>
                          <w:noProof/>
                        </w:rPr>
                        <w:drawing>
                          <wp:inline distT="0" distB="0" distL="0" distR="0" wp14:anchorId="70000001" wp14:editId="20000001">
                            <wp:extent cx="957967" cy="1047377"/>
                            <wp:effectExtent l="0" t="0" r="0" b="635"/>
                            <wp:docPr id="600000001" name="Picture 1" descr="Elks Usa Logo Vector - LOGO QR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lks Usa Logo Vector - LOGO QR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8721" cy="1059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after="80"/>
      </w:pPr>
      <w:r>
        <w:rPr>
          <w:noProof/>
        </w:rPr>
        <w:t xml:space="preserve"> </w:t>
      </w:r>
      <w:r>
        <w:rPr>
          <w:b/>
          <w:color w:val="1F3A5F"/>
          <w:sz w:val="30"/>
        </w:rPr>
        <w:t xml:space="preserve">[LODGE NAME] ELKS LODGE NO. [NUMBER]</w:t>
      </w:r>
    </w:p>
    <w:p>
      <w:pPr>
        <w:keepNext/>
        <w:spacing w:after="240"/>
        <w:rPr>
          <w:color w:val="5A6069"/>
          <w:sz w:val="19"/>
        </w:rPr>
      </w:pPr>
      <w:r>
        <w:rPr>
          <w:color w:val="5A6069"/>
          <w:sz w:val="19"/>
        </w:rPr>
        <w:t xml:space="preserve">  [Lodge Address]  |  [City, State ZIP]  </w:t>
      </w:r>
    </w:p>
    <w:p>
      <w:pPr>
        <w:keepNext/>
        <w:spacing w:after="240"/>
      </w:pPr>
    </w:p>
    <w:p>
      <w:pPr>
        <w:spacing w:after="120" w:line="278" w:lineRule="auto"/>
      </w:pPr>
      <w:r>
        <w:rPr>
          <w:b/>
          <w:bCs/>
          <w:color w:val="8A6D00"/>
          <w:sz w:val="15"/>
          <w:szCs w:val="15"/>
        </w:rPr>
        <w:t xml:space="preserve">VARIATION 1 · CLASSIC &amp; FORMAL</w:t>
      </w:r>
    </w:p>
    <w:p>
      <w:pPr>
        <w:keepNext/>
        <w:spacing w:after="200"/>
      </w:pPr>
      <w:r>
        <w:rPr>
          <w:b/>
          <w:color w:val="1F3A5F"/>
          <w:sz w:val="21"/>
        </w:rPr>
        <w:t>FOR IMMEDIATE RELEASE</w:t>
      </w:r>
    </w:p>
    <w:p>
      <w:pPr>
        <w:spacing w:after="160" w:line="278" w:lineRule="auto"/>
        <w:jc w:val="center"/>
      </w:pPr>
      <w:r>
        <w:rPr>
          <w:b/>
          <w:bCs/>
          <w:color w:val="1F497D"/>
          <w:sz w:val="28"/>
          <w:szCs w:val="28"/>
        </w:rPr>
        <w:t xml:space="preserve">DISCOVER FELLOWSHIP, FRIENDSHIP, AND A PLACE TO BELONG</w:t>
      </w:r>
    </w:p>
    <w:p>
      <w:pPr>
        <w:spacing w:after="160" w:line="278" w:lineRule="auto"/>
      </w:pPr>
      <w:r>
        <w:rPr>
          <w:b/>
          <w:bCs/>
        </w:rPr>
        <w:t xml:space="preserve">[CITY, Wash. — DATE]</w:t>
      </w:r>
      <w:r>
        <w:t xml:space="preserve"> — [Lodge Name] Elks Lodge No. [Number] will host a Membership Drive on [Day, Date], from [Time] at [Lodge Address], welcoming prospective members and guests from the community.</w:t>
      </w:r>
    </w:p>
    <w:p>
      <w:pPr>
        <w:spacing w:after="160" w:line="278" w:lineRule="auto"/>
      </w:pPr>
      <w:r>
        <w:t xml:space="preserve">The event offers an opportunity to meet local Elks, enjoy [food, beverages, entertainment, or activities], and learn about the lodge’s role in the community and the fellowship and service that define its mission.</w:t>
      </w:r>
    </w:p>
    <w:p>
      <w:pPr>
        <w:spacing w:after="160" w:line="278" w:lineRule="auto"/>
      </w:pPr>
      <w:r>
        <w:t xml:space="preserve">No membership commitment is required, and membership information will be available for those interested in joining.</w:t>
      </w:r>
    </w:p>
    <w:p>
      <w:pPr>
        <w:spacing w:after="160" w:line="278" w:lineRule="auto"/>
      </w:pPr>
      <w:r>
        <w:rPr>
          <w:b/>
          <w:bCs/>
        </w:rPr>
        <w:t xml:space="preserve">Event Details</w:t>
      </w:r>
    </w:p>
    <w:p>
      <w:pPr>
        <w:spacing w:after="160" w:line="278" w:lineRule="auto"/>
      </w:pPr>
      <w:r>
        <w:rPr>
          <w:b/>
          <w:bCs/>
        </w:rPr>
        <w:t xml:space="preserve">When:</w:t>
      </w:r>
      <w:r>
        <w:t xml:space="preserve"> [Day, Date and Time]</w:t>
      </w:r>
      <w:r>
        <w:br/>
      </w:r>
      <w:r>
        <w:rPr>
          <w:b/>
          <w:bCs/>
        </w:rPr>
        <w:t xml:space="preserve">Where:</w:t>
      </w:r>
      <w:r>
        <w:t xml:space="preserve"> [Lodge Name and Address]</w:t>
      </w:r>
      <w:r>
        <w:br/>
      </w:r>
      <w:r>
        <w:rPr>
          <w:b/>
          <w:bCs/>
        </w:rPr>
        <w:t xml:space="preserve">Information:</w:t>
      </w:r>
      <w:r>
        <w:t xml:space="preserve"> [Website, Email or Phone Number]</w:t>
      </w:r>
    </w:p>
    <w:p>
      <w:pPr>
        <w:spacing w:after="160" w:line="278" w:lineRule="auto"/>
      </w:pPr>
      <w:r>
        <w:rPr>
          <w:b/>
          <w:bCs/>
        </w:rPr>
        <w:t xml:space="preserve">Media Contact</w:t>
      </w:r>
    </w:p>
    <w:p>
      <w:pPr>
        <w:spacing w:after="160" w:line="278" w:lineRule="auto"/>
      </w:pPr>
      <w:r>
        <w:t xml:space="preserve">[Name and Title]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p>
      <w:r>
        <w:br w:type="page"/>
      </w:r>
    </w:p>
    <w:p>
      <w:pPr>
        <w:spacing w:after="8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02" behindDoc="0" locked="0" layoutInCell="1" allowOverlap="1" wp14:anchorId="60000002" wp14:editId="40000002">
                <wp:simplePos x="0" y="0"/>
                <wp:positionH relativeFrom="column">
                  <wp:posOffset>3810</wp:posOffset>
                </wp:positionH>
                <wp:positionV relativeFrom="paragraph">
                  <wp:posOffset>-5080</wp:posOffset>
                </wp:positionV>
                <wp:extent cx="1152525" cy="1123950"/>
                <wp:effectExtent l="0" t="0" r="9525" b="0"/>
                <wp:wrapSquare wrapText="bothSides"/>
                <wp:docPr id="9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4A321" w14:textId="0E0F2FDE" w:rsidR="005B3BAA" w:rsidRDefault="005B3B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00002" wp14:editId="20000002">
                                  <wp:extent cx="957967" cy="1047377"/>
                                  <wp:effectExtent l="0" t="0" r="0" b="635"/>
                                  <wp:docPr id="600000002" name="Picture 1" descr="Elks Usa Logo Vector - LOGO QR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lks Usa Logo Vector - LOGO QR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8721" cy="1059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000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9002" type="#_x0000_t202" style="position:absolute;margin-left:.3pt;margin-top:-.4pt;width:90.75pt;height:88.5pt;z-index:25165000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q/nmCwIAAPcDAAAOAAAAZHJzL2Uyb0RvYy54bWysU9tu2zAMfR+wfxD0vjjOkq0x4hRdugwD ugvQ7gNkWY6FyaJGKbGzry8lp2nQvg2TAYE0qSPy8Gh1PXSGHRR6Dbbk+WTKmbISam13Jf/1sH13 xZkPwtbCgFUlPyrPr9dv36x6V6gZtGBqhYxArC96V/I2BFdkmZet6oSfgFOWgg1gJwK5uMtqFD2h dyabTacfsh6wdghSeU9/b8cgXyf8plEy/GgarwIzJafaQtox7VXcs/VKFDsUrtXyVIb4hyo6oS1d eoa6FUGwPepXUJ2WCB6aMJHQZdA0WqrUA3WTT190c98Kp1IvRI53Z5r8/4OV3w/37ieyMHyCgQaY mvDuDuRvzyxsWmF36gYR+laJmi7OI2VZ73xxOhqp9oWPIFX/DWoastgHSEBDg11khfpkhE4DOJ5J V0NgMl6ZL2b0cSYpluez98tFGksmiqfjDn34oqBj0Sg50lQTvDjc+RDLEcVTSrzNg9H1VhuTHNxV G4PsIEgB27RSBy/SjGV9yZexkHjKQjyfxNHpQAo1uiv51TSuUTORjs+2TilBaDPaVImxJ34iJSM5 YagGSow8VVAfiSmEUYn0cshoAf9y1pMKS+7/7AUqzsxXS2wv8/k8yjY588XHGTl4GakuI8JKgip5 4Gw0NyFJfezohqbS6MTXcyWnWkldicbTS4jyvfRT1vN7XT8CAAD//wMAUEsDBBQABgAIAAAAIQBQ PSEx2QAAAAYBAAAPAAAAZHJzL2Rvd25yZXYueG1sTI7NboMwEITvlfoO1lbqpUpMUAsJxURJpVa9 5ucBFrwBVLxG2Ank7WtO7W1GM5r58u1kOnGjwbWWFayWEQjiyuqWawXn0+diDcJ5ZI2dZVJwJwfb 4vEhx0zbkQ90O/pahBF2GSpovO8zKV3VkEG3tD1xyC52MOiDHWqpBxzDuOlkHEWJNNhyeGiwp4+G qp/j1Si4fI8vb5ux/PLn9PCa7LFNS3tX6vlp2r2D8DT5vzLM+AEdisBU2itrJzoFSegpmPHncB2v QJRBpEkMssjlf/ziFwAA//8DAFBLAQItABQABgAIAAAAIQC2gziS/gAAAOEBAAATAAAAAAAAAAAA AAAAAAAAAABbQ29udGVudF9UeXBlc10ueG1sUEsBAi0AFAAGAAgAAAAhADj9If/WAAAAlAEAAAsA AAAAAAAAAAAAAAAALwEAAF9yZWxzLy5yZWxzUEsBAi0AFAAGAAgAAAAhANKr+eYLAgAA9wMAAA4A AAAAAAAAAAAAAAAALgIAAGRycy9lMm9Eb2MueG1sUEsBAi0AFAAGAAgAAAAhAFA9ITHZAAAABgEA AA8AAAAAAAAAAAAAAAAAZQQAAGRycy9kb3ducmV2LnhtbFBLBQYAAAAABAAEAPMAAABrBQAAAAA= " stroked="f">
                <v:textbox>
                  <w:txbxContent>
                    <w:p w14:paraId="3054A321" w14:textId="0E0F2FDE" w:rsidR="005B3BAA" w:rsidRDefault="005B3BAA">
                      <w:r>
                        <w:rPr>
                          <w:noProof/>
                        </w:rPr>
                        <w:drawing>
                          <wp:inline distT="0" distB="0" distL="0" distR="0" wp14:anchorId="70000002" wp14:editId="20000002">
                            <wp:extent cx="957967" cy="1047377"/>
                            <wp:effectExtent l="0" t="0" r="0" b="635"/>
                            <wp:docPr id="600000002" name="Picture 1" descr="Elks Usa Logo Vector - LOGO QR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lks Usa Logo Vector - LOGO QR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8721" cy="1059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after="80"/>
      </w:pPr>
      <w:r>
        <w:rPr>
          <w:noProof/>
        </w:rPr>
        <w:t xml:space="preserve"> </w:t>
      </w:r>
      <w:r>
        <w:rPr>
          <w:b/>
          <w:color w:val="1F3A5F"/>
          <w:sz w:val="30"/>
        </w:rPr>
        <w:t xml:space="preserve">[LODGE NAME] ELKS LODGE NO. [NUMBER]</w:t>
      </w:r>
    </w:p>
    <w:p>
      <w:pPr>
        <w:keepNext/>
        <w:spacing w:after="240"/>
        <w:rPr>
          <w:color w:val="5A6069"/>
          <w:sz w:val="19"/>
        </w:rPr>
      </w:pPr>
      <w:r>
        <w:rPr>
          <w:color w:val="5A6069"/>
          <w:sz w:val="19"/>
        </w:rPr>
        <w:t xml:space="preserve">  [Lodge Address]  |  [City, State ZIP]  </w:t>
      </w:r>
    </w:p>
    <w:p>
      <w:pPr>
        <w:keepNext/>
        <w:spacing w:after="240"/>
      </w:pPr>
    </w:p>
    <w:p>
      <w:pPr>
        <w:spacing w:after="120" w:line="278" w:lineRule="auto"/>
      </w:pPr>
      <w:r>
        <w:rPr>
          <w:b/>
          <w:bCs/>
          <w:color w:val="8A6D00"/>
          <w:sz w:val="15"/>
          <w:szCs w:val="15"/>
        </w:rPr>
        <w:t xml:space="preserve">VARIATION 2 · WARM &amp; COMMUNITY-FOCUSED</w:t>
      </w:r>
    </w:p>
    <w:p>
      <w:pPr>
        <w:keepNext/>
        <w:spacing w:after="200"/>
      </w:pPr>
      <w:r>
        <w:rPr>
          <w:b/>
          <w:color w:val="1F3A5F"/>
          <w:sz w:val="21"/>
        </w:rPr>
        <w:t>FOR IMMEDIATE RELEASE</w:t>
      </w:r>
    </w:p>
    <w:p>
      <w:pPr>
        <w:spacing w:after="160" w:line="278" w:lineRule="auto"/>
        <w:jc w:val="center"/>
      </w:pPr>
      <w:r>
        <w:rPr>
          <w:b/>
          <w:bCs/>
          <w:color w:val="1F497D"/>
          <w:sz w:val="28"/>
          <w:szCs w:val="28"/>
        </w:rPr>
        <w:t xml:space="preserve">A WARM WELCOME AWAITS AT [LODGE NAME] ELKS LODGE</w:t>
      </w:r>
    </w:p>
    <w:p>
      <w:pPr>
        <w:spacing w:after="160" w:line="278" w:lineRule="auto"/>
      </w:pPr>
      <w:r>
        <w:rPr>
          <w:b/>
          <w:bCs/>
        </w:rPr>
        <w:t xml:space="preserve">[CITY, Wash. — DATE]</w:t>
      </w:r>
      <w:r>
        <w:t xml:space="preserve"> — Neighbors are invited to stop by [Lodge Name] Elks Lodge No. [Number] on [Day, Date], from [Time], for a Membership Drive designed to introduce the community to what makes the lodge special: good company, good causes, and a genuine sense of belonging.</w:t>
      </w:r>
    </w:p>
    <w:p>
      <w:pPr>
        <w:spacing w:after="160" w:line="278" w:lineRule="auto"/>
      </w:pPr>
      <w:r>
        <w:t xml:space="preserve">Guests will have a chance to meet current members, enjoy [food, beverages, entertainment, or activities], and see firsthand how the lodge supports local families, veterans, and community programs throughout the year.</w:t>
      </w:r>
    </w:p>
    <w:p>
      <w:pPr>
        <w:spacing w:after="160" w:line="278" w:lineRule="auto"/>
      </w:pPr>
      <w:r>
        <w:t xml:space="preserve">There’s no pressure and no commitment required — just an open invitation to see what being an Elk is all about. Membership information will be on hand for anyone who wants to learn more.</w:t>
      </w:r>
    </w:p>
    <w:p>
      <w:pPr>
        <w:spacing w:after="160" w:line="278" w:lineRule="auto"/>
      </w:pPr>
      <w:r>
        <w:rPr>
          <w:b/>
          <w:bCs/>
        </w:rPr>
        <w:t xml:space="preserve">Event Details</w:t>
      </w:r>
    </w:p>
    <w:p>
      <w:pPr>
        <w:spacing w:after="160" w:line="278" w:lineRule="auto"/>
      </w:pPr>
      <w:r>
        <w:rPr>
          <w:b/>
          <w:bCs/>
        </w:rPr>
        <w:t xml:space="preserve">When:</w:t>
      </w:r>
      <w:r>
        <w:t xml:space="preserve"> [Day, Date and Time]</w:t>
      </w:r>
      <w:r>
        <w:br/>
      </w:r>
      <w:r>
        <w:rPr>
          <w:b/>
          <w:bCs/>
        </w:rPr>
        <w:t xml:space="preserve">Where:</w:t>
      </w:r>
      <w:r>
        <w:t xml:space="preserve"> [Lodge Name and Address]</w:t>
      </w:r>
      <w:r>
        <w:br/>
      </w:r>
      <w:r>
        <w:rPr>
          <w:b/>
          <w:bCs/>
        </w:rPr>
        <w:t xml:space="preserve">Information:</w:t>
      </w:r>
      <w:r>
        <w:t xml:space="preserve"> [Website, Email or Phone Number]</w:t>
      </w:r>
    </w:p>
    <w:p>
      <w:pPr>
        <w:spacing w:after="160" w:line="278" w:lineRule="auto"/>
      </w:pPr>
      <w:r>
        <w:rPr>
          <w:b/>
          <w:bCs/>
        </w:rPr>
        <w:t xml:space="preserve">Media Contact</w:t>
      </w:r>
    </w:p>
    <w:p>
      <w:pPr>
        <w:spacing w:after="160" w:line="278" w:lineRule="auto"/>
      </w:pPr>
      <w:r>
        <w:t xml:space="preserve">[Name and Title]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p>
      <w:r>
        <w:br w:type="page"/>
      </w:r>
    </w:p>
    <w:p>
      <w:pPr>
        <w:spacing w:after="8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03" behindDoc="0" locked="0" layoutInCell="1" allowOverlap="1" wp14:anchorId="60000003" wp14:editId="40000003">
                <wp:simplePos x="0" y="0"/>
                <wp:positionH relativeFrom="column">
                  <wp:posOffset>3810</wp:posOffset>
                </wp:positionH>
                <wp:positionV relativeFrom="paragraph">
                  <wp:posOffset>-5080</wp:posOffset>
                </wp:positionV>
                <wp:extent cx="1152525" cy="1123950"/>
                <wp:effectExtent l="0" t="0" r="9525" b="0"/>
                <wp:wrapSquare wrapText="bothSides"/>
                <wp:docPr id="9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4A321" w14:textId="0E0F2FDE" w:rsidR="005B3BAA" w:rsidRDefault="005B3B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00003" wp14:editId="20000003">
                                  <wp:extent cx="957967" cy="1047377"/>
                                  <wp:effectExtent l="0" t="0" r="0" b="635"/>
                                  <wp:docPr id="600000003" name="Picture 1" descr="Elks Usa Logo Vector - LOGO QR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lks Usa Logo Vector - LOGO QR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8721" cy="1059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000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9003" type="#_x0000_t202" style="position:absolute;margin-left:.3pt;margin-top:-.4pt;width:90.75pt;height:88.5pt;z-index:2516500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q/nmCwIAAPcDAAAOAAAAZHJzL2Uyb0RvYy54bWysU9tu2zAMfR+wfxD0vjjOkq0x4hRdugwD ugvQ7gNkWY6FyaJGKbGzry8lp2nQvg2TAYE0qSPy8Gh1PXSGHRR6Dbbk+WTKmbISam13Jf/1sH13 xZkPwtbCgFUlPyrPr9dv36x6V6gZtGBqhYxArC96V/I2BFdkmZet6oSfgFOWgg1gJwK5uMtqFD2h dyabTacfsh6wdghSeU9/b8cgXyf8plEy/GgarwIzJafaQtox7VXcs/VKFDsUrtXyVIb4hyo6oS1d eoa6FUGwPepXUJ2WCB6aMJHQZdA0WqrUA3WTT190c98Kp1IvRI53Z5r8/4OV3w/37ieyMHyCgQaY mvDuDuRvzyxsWmF36gYR+laJmi7OI2VZ73xxOhqp9oWPIFX/DWoastgHSEBDg11khfpkhE4DOJ5J V0NgMl6ZL2b0cSYpluez98tFGksmiqfjDn34oqBj0Sg50lQTvDjc+RDLEcVTSrzNg9H1VhuTHNxV G4PsIEgB27RSBy/SjGV9yZexkHjKQjyfxNHpQAo1uiv51TSuUTORjs+2TilBaDPaVImxJ34iJSM5 YagGSow8VVAfiSmEUYn0cshoAf9y1pMKS+7/7AUqzsxXS2wv8/k8yjY588XHGTl4GakuI8JKgip5 4Gw0NyFJfezohqbS6MTXcyWnWkldicbTS4jyvfRT1vN7XT8CAAD//wMAUEsDBBQABgAIAAAAIQBQ PSEx2QAAAAYBAAAPAAAAZHJzL2Rvd25yZXYueG1sTI7NboMwEITvlfoO1lbqpUpMUAsJxURJpVa9 5ucBFrwBVLxG2Ank7WtO7W1GM5r58u1kOnGjwbWWFayWEQjiyuqWawXn0+diDcJ5ZI2dZVJwJwfb 4vEhx0zbkQ90O/pahBF2GSpovO8zKV3VkEG3tD1xyC52MOiDHWqpBxzDuOlkHEWJNNhyeGiwp4+G qp/j1Si4fI8vb5ux/PLn9PCa7LFNS3tX6vlp2r2D8DT5vzLM+AEdisBU2itrJzoFSegpmPHncB2v QJRBpEkMssjlf/ziFwAA//8DAFBLAQItABQABgAIAAAAIQC2gziS/gAAAOEBAAATAAAAAAAAAAAA AAAAAAAAAABbQ29udGVudF9UeXBlc10ueG1sUEsBAi0AFAAGAAgAAAAhADj9If/WAAAAlAEAAAsA AAAAAAAAAAAAAAAALwEAAF9yZWxzLy5yZWxzUEsBAi0AFAAGAAgAAAAhANKr+eYLAgAA9wMAAA4A AAAAAAAAAAAAAAAALgIAAGRycy9lMm9Eb2MueG1sUEsBAi0AFAAGAAgAAAAhAFA9ITHZAAAABgEA AA8AAAAAAAAAAAAAAAAAZQQAAGRycy9kb3ducmV2LnhtbFBLBQYAAAAABAAEAPMAAABrBQAAAAA= " stroked="f">
                <v:textbox>
                  <w:txbxContent>
                    <w:p w14:paraId="3054A321" w14:textId="0E0F2FDE" w:rsidR="005B3BAA" w:rsidRDefault="005B3BAA">
                      <w:r>
                        <w:rPr>
                          <w:noProof/>
                        </w:rPr>
                        <w:drawing>
                          <wp:inline distT="0" distB="0" distL="0" distR="0" wp14:anchorId="70000003" wp14:editId="20000003">
                            <wp:extent cx="957967" cy="1047377"/>
                            <wp:effectExtent l="0" t="0" r="0" b="635"/>
                            <wp:docPr id="600000003" name="Picture 1" descr="Elks Usa Logo Vector - LOGO QR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lks Usa Logo Vector - LOGO QR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8721" cy="1059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after="80"/>
      </w:pPr>
      <w:r>
        <w:rPr>
          <w:noProof/>
        </w:rPr>
        <w:t xml:space="preserve"> </w:t>
      </w:r>
      <w:r>
        <w:rPr>
          <w:b/>
          <w:color w:val="1F3A5F"/>
          <w:sz w:val="30"/>
        </w:rPr>
        <w:t xml:space="preserve">[LODGE NAME] ELKS LODGE NO. [NUMBER]</w:t>
      </w:r>
    </w:p>
    <w:p>
      <w:pPr>
        <w:keepNext/>
        <w:spacing w:after="240"/>
        <w:rPr>
          <w:color w:val="5A6069"/>
          <w:sz w:val="19"/>
        </w:rPr>
      </w:pPr>
      <w:r>
        <w:rPr>
          <w:color w:val="5A6069"/>
          <w:sz w:val="19"/>
        </w:rPr>
        <w:t xml:space="preserve">  [Lodge Address]  |  [City, State ZIP]  </w:t>
      </w:r>
    </w:p>
    <w:p>
      <w:pPr>
        <w:keepNext/>
        <w:spacing w:after="240"/>
      </w:pPr>
    </w:p>
    <w:p>
      <w:pPr>
        <w:spacing w:after="120" w:line="278" w:lineRule="auto"/>
      </w:pPr>
      <w:r>
        <w:rPr>
          <w:b/>
          <w:bCs/>
          <w:color w:val="8A6D00"/>
          <w:sz w:val="15"/>
          <w:szCs w:val="15"/>
        </w:rPr>
        <w:t xml:space="preserve">VARIATION 3 · BROADCAST READY (TV/RADIO)</w:t>
      </w:r>
    </w:p>
    <w:p>
      <w:pPr>
        <w:keepNext/>
        <w:spacing w:after="200"/>
      </w:pPr>
      <w:r>
        <w:rPr>
          <w:b/>
          <w:color w:val="1F3A5F"/>
          <w:sz w:val="21"/>
        </w:rPr>
        <w:t>FOR IMMEDIATE RELEASE</w:t>
      </w:r>
    </w:p>
    <w:p>
      <w:pPr>
        <w:spacing w:after="160" w:line="278" w:lineRule="auto"/>
        <w:jc w:val="center"/>
      </w:pPr>
      <w:r>
        <w:rPr>
          <w:b/>
          <w:bCs/>
          <w:color w:val="1F497D"/>
          <w:sz w:val="28"/>
          <w:szCs w:val="28"/>
        </w:rPr>
        <w:t xml:space="preserve">ELKS LODGE OPENS ITS DOORS FOR MEMBERSHIP DRIVE</w:t>
      </w:r>
    </w:p>
    <w:p>
      <w:pPr>
        <w:spacing w:after="160" w:line="278" w:lineRule="auto"/>
      </w:pPr>
      <w:r>
        <w:rPr>
          <w:b/>
          <w:bCs/>
        </w:rPr>
        <w:t xml:space="preserve">[CITY, Wash. — DATE]</w:t>
      </w:r>
      <w:r>
        <w:t xml:space="preserve"> — [Lodge Name] Elks Lodge No. [Number] is inviting the public to a Membership Drive on [Day, Date], from [Time].</w:t>
      </w:r>
    </w:p>
    <w:p>
      <w:pPr>
        <w:spacing w:after="160" w:line="278" w:lineRule="auto"/>
      </w:pPr>
      <w:r>
        <w:t xml:space="preserve">The free event runs at [Lodge Address] and gives visitors a firsthand look at the lodge’s community work, with [food, beverages, entertainment, or activities] on offer.</w:t>
      </w:r>
    </w:p>
    <w:p>
      <w:pPr>
        <w:pBdr>
          <w:left w:val="single" w:sz="12" w:space="8" w:color="1F497D"/>
        </w:pBdr>
        <w:spacing w:before="120" w:after="160" w:line="278" w:lineRule="auto"/>
        <w:ind w:left="360" w:right="360"/>
      </w:pPr>
      <w:r>
        <w:rPr>
          <w:i/>
          <w:iCs/>
          <w:color w:val="1F3A5F"/>
        </w:rPr>
        <w:t xml:space="preserve">“We want people in [City] to see what we’re about — fellowship, service, and giving back,” said [Name], [Title] of [Lodge Name] Elks Lodge No. [Number]. “Everyone is welcome, and there’s no obligation to join.”</w:t>
      </w:r>
    </w:p>
    <w:p>
      <w:pPr>
        <w:spacing w:after="160" w:line="278" w:lineRule="auto"/>
      </w:pPr>
      <w:r>
        <w:t xml:space="preserve">No membership commitment is required.</w:t>
      </w:r>
    </w:p>
    <w:p>
      <w:pPr>
        <w:spacing w:after="160" w:line="278" w:lineRule="auto"/>
      </w:pPr>
      <w:r>
        <w:rPr>
          <w:b/>
          <w:bCs/>
        </w:rPr>
        <w:t xml:space="preserve">Event Details</w:t>
      </w:r>
    </w:p>
    <w:p>
      <w:pPr>
        <w:spacing w:after="160" w:line="278" w:lineRule="auto"/>
      </w:pPr>
      <w:r>
        <w:rPr>
          <w:b/>
          <w:bCs/>
        </w:rPr>
        <w:t xml:space="preserve">When:</w:t>
      </w:r>
      <w:r>
        <w:t xml:space="preserve"> [Day, Date and Time]</w:t>
      </w:r>
      <w:r>
        <w:br/>
      </w:r>
      <w:r>
        <w:rPr>
          <w:b/>
          <w:bCs/>
        </w:rPr>
        <w:t xml:space="preserve">Where:</w:t>
      </w:r>
      <w:r>
        <w:t xml:space="preserve"> [Lodge Name and Address]</w:t>
      </w:r>
      <w:r>
        <w:br/>
      </w:r>
      <w:r>
        <w:rPr>
          <w:b/>
          <w:bCs/>
        </w:rPr>
        <w:t xml:space="preserve">Information:</w:t>
      </w:r>
      <w:r>
        <w:t xml:space="preserve"> [Website, Email or Phone Number]</w:t>
      </w:r>
    </w:p>
    <w:p>
      <w:pPr>
        <w:spacing w:after="160" w:line="278" w:lineRule="auto"/>
      </w:pPr>
      <w:r>
        <w:rPr>
          <w:b/>
          <w:bCs/>
          <w:i/>
          <w:iCs/>
        </w:rPr>
        <w:t xml:space="preserve">Note to Editors/Producers: </w:t>
      </w:r>
      <w:r>
        <w:rPr>
          <w:i/>
          <w:iCs/>
        </w:rPr>
        <w:t xml:space="preserve">A lodge representative is available for interviews before the event. Contact the number below to arrange.</w:t>
      </w:r>
    </w:p>
    <w:p>
      <w:pPr>
        <w:spacing w:after="160" w:line="278" w:lineRule="auto"/>
      </w:pPr>
      <w:r>
        <w:rPr>
          <w:b/>
          <w:bCs/>
        </w:rPr>
        <w:t xml:space="preserve">Media Contact</w:t>
      </w:r>
    </w:p>
    <w:p>
      <w:pPr>
        <w:spacing w:after="160" w:line="278" w:lineRule="auto"/>
      </w:pPr>
      <w:r>
        <w:t xml:space="preserve">[Name and Title]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p>
      <w:r>
        <w:br w:type="page"/>
      </w:r>
    </w:p>
    <w:p>
      <w:pPr>
        <w:spacing w:after="8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04" behindDoc="0" locked="0" layoutInCell="1" allowOverlap="1" wp14:anchorId="60000004" wp14:editId="40000004">
                <wp:simplePos x="0" y="0"/>
                <wp:positionH relativeFrom="column">
                  <wp:posOffset>3810</wp:posOffset>
                </wp:positionH>
                <wp:positionV relativeFrom="paragraph">
                  <wp:posOffset>-5080</wp:posOffset>
                </wp:positionV>
                <wp:extent cx="1152525" cy="1123950"/>
                <wp:effectExtent l="0" t="0" r="9525" b="0"/>
                <wp:wrapSquare wrapText="bothSides"/>
                <wp:docPr id="9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4A321" w14:textId="0E0F2FDE" w:rsidR="005B3BAA" w:rsidRDefault="005B3B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00004" wp14:editId="20000004">
                                  <wp:extent cx="957967" cy="1047377"/>
                                  <wp:effectExtent l="0" t="0" r="0" b="635"/>
                                  <wp:docPr id="600000004" name="Picture 1" descr="Elks Usa Logo Vector - LOGO QR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lks Usa Logo Vector - LOGO QR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8721" cy="1059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000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9004" type="#_x0000_t202" style="position:absolute;margin-left:.3pt;margin-top:-.4pt;width:90.75pt;height:88.5pt;z-index:2516500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q/nmCwIAAPcDAAAOAAAAZHJzL2Uyb0RvYy54bWysU9tu2zAMfR+wfxD0vjjOkq0x4hRdugwD ugvQ7gNkWY6FyaJGKbGzry8lp2nQvg2TAYE0qSPy8Gh1PXSGHRR6Dbbk+WTKmbISam13Jf/1sH13 xZkPwtbCgFUlPyrPr9dv36x6V6gZtGBqhYxArC96V/I2BFdkmZet6oSfgFOWgg1gJwK5uMtqFD2h dyabTacfsh6wdghSeU9/b8cgXyf8plEy/GgarwIzJafaQtox7VXcs/VKFDsUrtXyVIb4hyo6oS1d eoa6FUGwPepXUJ2WCB6aMJHQZdA0WqrUA3WTT190c98Kp1IvRI53Z5r8/4OV3w/37ieyMHyCgQaY mvDuDuRvzyxsWmF36gYR+laJmi7OI2VZ73xxOhqp9oWPIFX/DWoastgHSEBDg11khfpkhE4DOJ5J V0NgMl6ZL2b0cSYpluez98tFGksmiqfjDn34oqBj0Sg50lQTvDjc+RDLEcVTSrzNg9H1VhuTHNxV G4PsIEgB27RSBy/SjGV9yZexkHjKQjyfxNHpQAo1uiv51TSuUTORjs+2TilBaDPaVImxJ34iJSM5 YagGSow8VVAfiSmEUYn0cshoAf9y1pMKS+7/7AUqzsxXS2wv8/k8yjY588XHGTl4GakuI8JKgip5 4Gw0NyFJfezohqbS6MTXcyWnWkldicbTS4jyvfRT1vN7XT8CAAD//wMAUEsDBBQABgAIAAAAIQBQ PSEx2QAAAAYBAAAPAAAAZHJzL2Rvd25yZXYueG1sTI7NboMwEITvlfoO1lbqpUpMUAsJxURJpVa9 5ucBFrwBVLxG2Ank7WtO7W1GM5r58u1kOnGjwbWWFayWEQjiyuqWawXn0+diDcJ5ZI2dZVJwJwfb 4vEhx0zbkQ90O/pahBF2GSpovO8zKV3VkEG3tD1xyC52MOiDHWqpBxzDuOlkHEWJNNhyeGiwp4+G qp/j1Si4fI8vb5ux/PLn9PCa7LFNS3tX6vlp2r2D8DT5vzLM+AEdisBU2itrJzoFSegpmPHncB2v QJRBpEkMssjlf/ziFwAA//8DAFBLAQItABQABgAIAAAAIQC2gziS/gAAAOEBAAATAAAAAAAAAAAA AAAAAAAAAABbQ29udGVudF9UeXBlc10ueG1sUEsBAi0AFAAGAAgAAAAhADj9If/WAAAAlAEAAAsA AAAAAAAAAAAAAAAALwEAAF9yZWxzLy5yZWxzUEsBAi0AFAAGAAgAAAAhANKr+eYLAgAA9wMAAA4A AAAAAAAAAAAAAAAALgIAAGRycy9lMm9Eb2MueG1sUEsBAi0AFAAGAAgAAAAhAFA9ITHZAAAABgEA AA8AAAAAAAAAAAAAAAAAZQQAAGRycy9kb3ducmV2LnhtbFBLBQYAAAAABAAEAPMAAABrBQAAAAA= " stroked="f">
                <v:textbox>
                  <w:txbxContent>
                    <w:p w14:paraId="3054A321" w14:textId="0E0F2FDE" w:rsidR="005B3BAA" w:rsidRDefault="005B3BAA">
                      <w:r>
                        <w:rPr>
                          <w:noProof/>
                        </w:rPr>
                        <w:drawing>
                          <wp:inline distT="0" distB="0" distL="0" distR="0" wp14:anchorId="70000004" wp14:editId="20000004">
                            <wp:extent cx="957967" cy="1047377"/>
                            <wp:effectExtent l="0" t="0" r="0" b="635"/>
                            <wp:docPr id="600000004" name="Picture 1" descr="Elks Usa Logo Vector - LOGO QR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lks Usa Logo Vector - LOGO QR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8721" cy="1059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after="80"/>
      </w:pPr>
      <w:r>
        <w:rPr>
          <w:noProof/>
        </w:rPr>
        <w:t xml:space="preserve"> </w:t>
      </w:r>
      <w:r>
        <w:rPr>
          <w:b/>
          <w:color w:val="1F3A5F"/>
          <w:sz w:val="30"/>
        </w:rPr>
        <w:t xml:space="preserve">[LODGE NAME] ELKS LODGE NO. [NUMBER]</w:t>
      </w:r>
    </w:p>
    <w:p>
      <w:pPr>
        <w:keepNext/>
        <w:spacing w:after="240"/>
        <w:rPr>
          <w:color w:val="5A6069"/>
          <w:sz w:val="19"/>
        </w:rPr>
      </w:pPr>
      <w:r>
        <w:rPr>
          <w:color w:val="5A6069"/>
          <w:sz w:val="19"/>
        </w:rPr>
        <w:t xml:space="preserve">  [Lodge Address]  |  [City, State ZIP]  </w:t>
      </w:r>
    </w:p>
    <w:p>
      <w:pPr>
        <w:keepNext/>
        <w:spacing w:after="240"/>
      </w:pPr>
    </w:p>
    <w:p>
      <w:pPr>
        <w:spacing w:after="120" w:line="278" w:lineRule="auto"/>
      </w:pPr>
      <w:r>
        <w:rPr>
          <w:b/>
          <w:bCs/>
          <w:color w:val="8A6D00"/>
          <w:sz w:val="15"/>
          <w:szCs w:val="15"/>
        </w:rPr>
        <w:t xml:space="preserve">VARIATION 4 · DIGITAL/ONLINE READY</w:t>
      </w:r>
    </w:p>
    <w:p>
      <w:pPr>
        <w:keepNext/>
        <w:spacing w:after="200"/>
      </w:pPr>
      <w:r>
        <w:rPr>
          <w:b/>
          <w:color w:val="1F3A5F"/>
          <w:sz w:val="21"/>
        </w:rPr>
        <w:t>FOR IMMEDIATE RELEASE</w:t>
      </w:r>
    </w:p>
    <w:p>
      <w:pPr>
        <w:spacing w:after="160" w:line="278" w:lineRule="auto"/>
        <w:jc w:val="center"/>
      </w:pPr>
      <w:r>
        <w:rPr>
          <w:b/>
          <w:bCs/>
          <w:color w:val="1F497D"/>
          <w:sz w:val="28"/>
          <w:szCs w:val="28"/>
        </w:rPr>
        <w:t xml:space="preserve">LOOKING FOR COMMUNITY? [LODGE NAME] ELKS LODGE WANTS TO MEET YOU</w:t>
      </w:r>
    </w:p>
    <w:p>
      <w:pPr>
        <w:spacing w:after="160" w:line="278" w:lineRule="auto"/>
      </w:pPr>
      <w:r>
        <w:t xml:space="preserve">Ever wondered what goes on behind the doors of your local Elks Lodge? [City] residents can find out at a Membership Drive hosted by [Lodge Name] Elks Lodge No. [Number] on [Day, Date], from [Time] at [Lodge Address].</w:t>
      </w:r>
    </w:p>
    <w:p>
      <w:pPr>
        <w:keepNext/>
        <w:spacing w:after="120" w:line="278" w:lineRule="auto"/>
      </w:pPr>
      <w:r>
        <w:rPr>
          <w:b/>
          <w:bCs/>
          <w:color w:val="1F3A5F"/>
          <w:sz w:val="21"/>
          <w:szCs w:val="21"/>
        </w:rPr>
        <w:t xml:space="preserve">What to Expect</w:t>
      </w:r>
    </w:p>
    <w:p>
      <w:pPr>
        <w:spacing w:after="160" w:line="278" w:lineRule="auto"/>
      </w:pPr>
      <w:r>
        <w:t xml:space="preserve">Visitors can tour the lodge, meet members, and enjoy [food, beverages, entertainment, or activities] while learning how the Elks give back through youth programs, veterans’ support, and community service.</w:t>
      </w:r>
    </w:p>
    <w:p>
      <w:pPr>
        <w:keepNext/>
        <w:spacing w:after="120" w:line="278" w:lineRule="auto"/>
      </w:pPr>
      <w:r>
        <w:rPr>
          <w:b/>
          <w:bCs/>
          <w:color w:val="1F3A5F"/>
          <w:sz w:val="21"/>
          <w:szCs w:val="21"/>
        </w:rPr>
        <w:t xml:space="preserve">Why It Matters</w:t>
      </w:r>
    </w:p>
    <w:p>
      <w:pPr>
        <w:spacing w:after="160" w:line="278" w:lineRule="auto"/>
      </w:pPr>
      <w:r>
        <w:t xml:space="preserve">With membership open to adults [confirm local age requirement], the drive is a low-pressure way to explore what the Elks do and how to get involved — no commitment required.</w:t>
      </w:r>
    </w:p>
    <w:p>
      <w:pPr>
        <w:spacing w:after="160" w:line="278" w:lineRule="auto"/>
      </w:pPr>
      <w:r>
        <w:t xml:space="preserve">For more information, visit [Website] or follow [Lodge Name] Elks Lodge on [Social Media Handle].</w:t>
      </w:r>
    </w:p>
    <w:p>
      <w:pPr>
        <w:spacing w:after="160" w:line="278" w:lineRule="auto"/>
      </w:pPr>
      <w:r>
        <w:rPr>
          <w:b/>
          <w:bCs/>
        </w:rPr>
        <w:t xml:space="preserve">Event Details</w:t>
      </w:r>
    </w:p>
    <w:p>
      <w:pPr>
        <w:spacing w:after="160" w:line="278" w:lineRule="auto"/>
      </w:pPr>
      <w:r>
        <w:rPr>
          <w:b/>
          <w:bCs/>
        </w:rPr>
        <w:t xml:space="preserve">When:</w:t>
      </w:r>
      <w:r>
        <w:t xml:space="preserve"> [Day, Date and Time]</w:t>
      </w:r>
      <w:r>
        <w:br/>
      </w:r>
      <w:r>
        <w:rPr>
          <w:b/>
          <w:bCs/>
        </w:rPr>
        <w:t xml:space="preserve">Where:</w:t>
      </w:r>
      <w:r>
        <w:t xml:space="preserve"> [Lodge Name and Address]</w:t>
      </w:r>
      <w:r>
        <w:br/>
      </w:r>
      <w:r>
        <w:rPr>
          <w:b/>
          <w:bCs/>
        </w:rPr>
        <w:t xml:space="preserve">Information:</w:t>
      </w:r>
      <w:r>
        <w:t xml:space="preserve"> [Website, Email or Phone Number]</w:t>
      </w:r>
    </w:p>
    <w:p>
      <w:pPr>
        <w:spacing w:after="160" w:line="278" w:lineRule="auto"/>
      </w:pPr>
      <w:r>
        <w:rPr>
          <w:b/>
          <w:bCs/>
        </w:rPr>
        <w:t xml:space="preserve">Media Contact</w:t>
      </w:r>
    </w:p>
    <w:p>
      <w:pPr>
        <w:spacing w:after="160" w:line="278" w:lineRule="auto"/>
      </w:pPr>
      <w:r>
        <w:t xml:space="preserve">[Name and Title]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sectPr w:rsidR="00311D32" w:rsidSect="00034616">
      <w:footerReference w:type="default" r:id="rId9"/>
      <w:pgSz w:w="12240" w:h="15840"/>
      <w:pgMar w:top="893" w:right="1224" w:bottom="936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53E4" w14:textId="77777777" w:rsidR="000D485B" w:rsidRDefault="000D485B">
      <w:pPr>
        <w:spacing w:after="0" w:line="240" w:lineRule="auto"/>
      </w:pPr>
      <w:r>
        <w:separator/>
      </w:r>
    </w:p>
  </w:endnote>
  <w:endnote w:type="continuationSeparator" w:id="0">
    <w:p w14:paraId="3E28C536" w14:textId="77777777" w:rsidR="000D485B" w:rsidRDefault="000D4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468C" w14:textId="07A981E2" w:rsidR="00311D32" w:rsidRDefault="00311D3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F038" w14:textId="77777777" w:rsidR="000D485B" w:rsidRDefault="000D485B">
      <w:pPr>
        <w:spacing w:after="0" w:line="240" w:lineRule="auto"/>
      </w:pPr>
      <w:r>
        <w:separator/>
      </w:r>
    </w:p>
  </w:footnote>
  <w:footnote w:type="continuationSeparator" w:id="0">
    <w:p w14:paraId="0BD9A021" w14:textId="77777777" w:rsidR="000D485B" w:rsidRDefault="000D4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5577819">
    <w:abstractNumId w:val="8"/>
  </w:num>
  <w:num w:numId="2" w16cid:durableId="528227154">
    <w:abstractNumId w:val="6"/>
  </w:num>
  <w:num w:numId="3" w16cid:durableId="99106381">
    <w:abstractNumId w:val="5"/>
  </w:num>
  <w:num w:numId="4" w16cid:durableId="253248616">
    <w:abstractNumId w:val="4"/>
  </w:num>
  <w:num w:numId="5" w16cid:durableId="204829409">
    <w:abstractNumId w:val="7"/>
  </w:num>
  <w:num w:numId="6" w16cid:durableId="402603471">
    <w:abstractNumId w:val="3"/>
  </w:num>
  <w:num w:numId="7" w16cid:durableId="1667900432">
    <w:abstractNumId w:val="2"/>
  </w:num>
  <w:num w:numId="8" w16cid:durableId="750782768">
    <w:abstractNumId w:val="1"/>
  </w:num>
  <w:num w:numId="9" w16cid:durableId="1468551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92A"/>
    <w:rsid w:val="0006063C"/>
    <w:rsid w:val="000D485B"/>
    <w:rsid w:val="0015074B"/>
    <w:rsid w:val="00194EA8"/>
    <w:rsid w:val="0029639D"/>
    <w:rsid w:val="002E0FB1"/>
    <w:rsid w:val="00311D32"/>
    <w:rsid w:val="00326F90"/>
    <w:rsid w:val="0043562E"/>
    <w:rsid w:val="0057533F"/>
    <w:rsid w:val="005B3BAA"/>
    <w:rsid w:val="00837E65"/>
    <w:rsid w:val="00905A39"/>
    <w:rsid w:val="00AA1D8D"/>
    <w:rsid w:val="00AE110C"/>
    <w:rsid w:val="00B47730"/>
    <w:rsid w:val="00CB0664"/>
    <w:rsid w:val="00CB39CB"/>
    <w:rsid w:val="00CF74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6520F8"/>
  <w14:defaultImageDpi w14:val="300"/>
  <w15:docId w15:val="{686B425D-CAE9-45FA-B490-2799B314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Elks Open House Press Release Template</dc:title>
  <dc:subject>Editable press release template for an Elks Lodge Open House</dc:subject>
  <dc:creator>Lana Davick</dc:creator>
  <cp:keywords/>
  <dc:description>generated by python-docx</dc:description>
  <cp:lastModifiedBy>Lana Davick</cp:lastModifiedBy>
  <cp:revision>9</cp:revision>
  <dcterms:created xsi:type="dcterms:W3CDTF">2026-08-18T21:20:00Z</dcterms:created>
  <dcterms:modified xsi:type="dcterms:W3CDTF">2026-08-18T21:25:00Z</dcterms:modified>
  <cp:category/>
</cp:coreProperties>
</file>